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3C721E" w:rsidRPr="00556E97" w:rsidRDefault="00A20C7B" w:rsidP="00332938">
      <w:pPr>
        <w:spacing w:after="0"/>
        <w:jc w:val="center"/>
        <w:rPr>
          <w:rFonts w:ascii="Lucida Sans" w:hAnsi="Lucida Sans"/>
          <w:lang w:val="fr-CA"/>
        </w:rPr>
      </w:pPr>
      <w:r w:rsidRPr="00556E97">
        <w:rPr>
          <w:rFonts w:ascii="Lucida Sans" w:hAnsi="Lucida Sans"/>
          <w:b/>
          <w:sz w:val="36"/>
          <w:lang w:val="fr-CA"/>
        </w:rPr>
        <w:t>BOUVIER DES FLANDRES ÉLITES QUÉBÉCOIS</w:t>
      </w:r>
    </w:p>
    <w:p w:rsidR="00332938" w:rsidRPr="00556E97" w:rsidRDefault="00A20C7B" w:rsidP="00332938">
      <w:pPr>
        <w:spacing w:after="0"/>
        <w:jc w:val="center"/>
        <w:rPr>
          <w:rFonts w:ascii="Lucida Sans" w:hAnsi="Lucida Sans"/>
          <w:i/>
          <w:lang w:val="fr-CA"/>
        </w:rPr>
      </w:pPr>
      <w:proofErr w:type="gramStart"/>
      <w:r w:rsidRPr="00556E97">
        <w:rPr>
          <w:rFonts w:ascii="Lucida Sans" w:hAnsi="Lucida Sans"/>
          <w:i/>
          <w:lang w:val="fr-CA"/>
        </w:rPr>
        <w:t>organise</w:t>
      </w:r>
      <w:proofErr w:type="gramEnd"/>
    </w:p>
    <w:p w:rsidR="003C721E" w:rsidRPr="00556E97" w:rsidRDefault="00A20C7B" w:rsidP="00332938">
      <w:pPr>
        <w:spacing w:after="0"/>
        <w:jc w:val="center"/>
        <w:rPr>
          <w:rFonts w:ascii="Lucida Sans" w:hAnsi="Lucida Sans"/>
          <w:lang w:val="fr-CA"/>
        </w:rPr>
      </w:pPr>
      <w:r w:rsidRPr="00556E97">
        <w:rPr>
          <w:rFonts w:ascii="Lucida Sans" w:hAnsi="Lucida Sans"/>
          <w:i/>
          <w:lang w:val="fr-CA"/>
        </w:rPr>
        <w:t xml:space="preserve"> </w:t>
      </w:r>
      <w:proofErr w:type="gramStart"/>
      <w:r w:rsidRPr="00556E97">
        <w:rPr>
          <w:rFonts w:ascii="Lucida Sans" w:hAnsi="Lucida Sans"/>
          <w:i/>
          <w:lang w:val="fr-CA"/>
        </w:rPr>
        <w:t>pour</w:t>
      </w:r>
      <w:proofErr w:type="gramEnd"/>
      <w:r w:rsidRPr="00556E97">
        <w:rPr>
          <w:rFonts w:ascii="Lucida Sans" w:hAnsi="Lucida Sans"/>
          <w:i/>
          <w:lang w:val="fr-CA"/>
        </w:rPr>
        <w:t xml:space="preserve"> tous les Bouviers des Flandres </w:t>
      </w:r>
    </w:p>
    <w:p w:rsidR="003C721E" w:rsidRPr="00556E97" w:rsidRDefault="00813CB8" w:rsidP="00332938">
      <w:pPr>
        <w:spacing w:after="0"/>
        <w:jc w:val="center"/>
        <w:rPr>
          <w:rFonts w:ascii="Lucida Sans" w:hAnsi="Lucida Sans"/>
          <w:b/>
          <w:sz w:val="32"/>
          <w:lang w:val="fr-CA"/>
        </w:rPr>
      </w:pPr>
      <w:r>
        <w:rPr>
          <w:rFonts w:ascii="Arial" w:hAnsi="Arial" w:cs="Arial"/>
          <w:noProof/>
          <w:lang w:val="fr-CA" w:eastAsia="fr-CA"/>
        </w:rPr>
        <w:drawing>
          <wp:anchor distT="0" distB="0" distL="114300" distR="114300" simplePos="0" relativeHeight="251659264" behindDoc="1" locked="0" layoutInCell="1" allowOverlap="1">
            <wp:simplePos x="0" y="0"/>
            <wp:positionH relativeFrom="column">
              <wp:posOffset>-1166495</wp:posOffset>
            </wp:positionH>
            <wp:positionV relativeFrom="paragraph">
              <wp:posOffset>370938</wp:posOffset>
            </wp:positionV>
            <wp:extent cx="9766800" cy="65196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2.jpg"/>
                    <pic:cNvPicPr/>
                  </pic:nvPicPr>
                  <pic:blipFill>
                    <a:blip r:embed="rId8">
                      <a:alphaModFix amt="30000"/>
                    </a:blip>
                    <a:stretch>
                      <a:fillRect/>
                    </a:stretch>
                  </pic:blipFill>
                  <pic:spPr>
                    <a:xfrm>
                      <a:off x="0" y="0"/>
                      <a:ext cx="9766800" cy="6519600"/>
                    </a:xfrm>
                    <a:prstGeom prst="rect">
                      <a:avLst/>
                    </a:prstGeom>
                  </pic:spPr>
                </pic:pic>
              </a:graphicData>
            </a:graphic>
            <wp14:sizeRelH relativeFrom="margin">
              <wp14:pctWidth>0</wp14:pctWidth>
            </wp14:sizeRelH>
            <wp14:sizeRelV relativeFrom="margin">
              <wp14:pctHeight>0</wp14:pctHeight>
            </wp14:sizeRelV>
          </wp:anchor>
        </w:drawing>
      </w:r>
      <w:r w:rsidR="00A20C7B" w:rsidRPr="00556E97">
        <w:rPr>
          <w:rFonts w:ascii="Lucida Sans" w:hAnsi="Lucida Sans"/>
          <w:b/>
          <w:sz w:val="32"/>
          <w:lang w:val="fr-CA"/>
        </w:rPr>
        <w:t>Un test d’instinct en Herding</w:t>
      </w:r>
    </w:p>
    <w:p w:rsidR="00332938" w:rsidRPr="00556E97" w:rsidRDefault="00332938" w:rsidP="00332938">
      <w:pPr>
        <w:spacing w:after="0"/>
        <w:jc w:val="center"/>
        <w:rPr>
          <w:rFonts w:ascii="Arial" w:hAnsi="Arial" w:cs="Arial"/>
          <w:lang w:val="fr-CA"/>
        </w:rPr>
      </w:pPr>
    </w:p>
    <w:p w:rsidR="003C721E" w:rsidRPr="00556E97" w:rsidRDefault="00A20C7B">
      <w:pPr>
        <w:rPr>
          <w:rFonts w:ascii="Arial" w:hAnsi="Arial" w:cs="Arial"/>
          <w:lang w:val="fr-CA"/>
        </w:rPr>
      </w:pPr>
      <w:r w:rsidRPr="00556E97">
        <w:rPr>
          <w:rFonts w:ascii="Arial" w:hAnsi="Arial" w:cs="Arial"/>
          <w:lang w:val="fr-CA"/>
        </w:rPr>
        <w:t>Rassemblement de troupeau avec moutons ou canards</w:t>
      </w:r>
    </w:p>
    <w:p w:rsidR="003C721E" w:rsidRPr="00556E97" w:rsidRDefault="00A20C7B">
      <w:pPr>
        <w:rPr>
          <w:rFonts w:ascii="Arial" w:hAnsi="Arial" w:cs="Arial"/>
          <w:lang w:val="fr-CA"/>
        </w:rPr>
      </w:pPr>
      <w:r w:rsidRPr="00556E97">
        <w:rPr>
          <w:rFonts w:ascii="Segoe UI Symbol" w:hAnsi="Segoe UI Symbol" w:cs="Segoe UI Symbol"/>
          <w:lang w:val="fr-CA"/>
        </w:rPr>
        <w:t>📍</w:t>
      </w:r>
      <w:r w:rsidRPr="00556E97">
        <w:rPr>
          <w:rFonts w:ascii="Arial" w:hAnsi="Arial" w:cs="Arial"/>
          <w:lang w:val="fr-CA"/>
        </w:rPr>
        <w:t xml:space="preserve"> À la Ferme Marie Moutons</w:t>
      </w:r>
      <w:r w:rsidR="00A55E06" w:rsidRPr="00556E97">
        <w:rPr>
          <w:rFonts w:ascii="Arial" w:hAnsi="Arial" w:cs="Arial"/>
          <w:lang w:val="fr-CA"/>
        </w:rPr>
        <w:t xml:space="preserve"> </w:t>
      </w:r>
      <w:hyperlink r:id="rId9" w:history="1">
        <w:r w:rsidR="00A55E06" w:rsidRPr="00556E97">
          <w:rPr>
            <w:rStyle w:val="Lienhypertexte"/>
            <w:rFonts w:ascii="Arial" w:hAnsi="Arial" w:cs="Arial"/>
            <w:lang w:val="fr-CA"/>
          </w:rPr>
          <w:t>https://fermemariemoutons.ca/</w:t>
        </w:r>
      </w:hyperlink>
      <w:r w:rsidR="00A55E06" w:rsidRPr="00556E97">
        <w:rPr>
          <w:rFonts w:ascii="Arial" w:hAnsi="Arial" w:cs="Arial"/>
          <w:lang w:val="fr-CA"/>
        </w:rPr>
        <w:t xml:space="preserve"> </w:t>
      </w:r>
    </w:p>
    <w:p w:rsidR="003C721E" w:rsidRPr="00556E97" w:rsidRDefault="00A20C7B">
      <w:pPr>
        <w:rPr>
          <w:rFonts w:ascii="Arial" w:hAnsi="Arial" w:cs="Arial"/>
          <w:lang w:val="fr-CA"/>
        </w:rPr>
      </w:pPr>
      <w:r w:rsidRPr="00556E97">
        <w:rPr>
          <w:rFonts w:ascii="Segoe UI Symbol" w:hAnsi="Segoe UI Symbol" w:cs="Segoe UI Symbol"/>
          <w:lang w:val="fr-CA"/>
        </w:rPr>
        <w:t>📍</w:t>
      </w:r>
      <w:r w:rsidRPr="00556E97">
        <w:rPr>
          <w:rFonts w:ascii="Arial" w:hAnsi="Arial" w:cs="Arial"/>
          <w:lang w:val="fr-CA"/>
        </w:rPr>
        <w:t xml:space="preserve"> Ste-Anne-de-la-Pérade</w:t>
      </w:r>
    </w:p>
    <w:p w:rsidR="003C721E" w:rsidRPr="00556E97" w:rsidRDefault="00A20C7B">
      <w:pPr>
        <w:rPr>
          <w:rFonts w:ascii="Arial" w:hAnsi="Arial" w:cs="Arial"/>
          <w:lang w:val="fr-CA"/>
        </w:rPr>
      </w:pPr>
      <w:r w:rsidRPr="00556E97">
        <w:rPr>
          <w:rFonts w:ascii="Segoe UI Symbol" w:hAnsi="Segoe UI Symbol" w:cs="Segoe UI Symbol"/>
          <w:lang w:val="fr-CA"/>
        </w:rPr>
        <w:t>📅</w:t>
      </w:r>
      <w:r w:rsidRPr="00556E97">
        <w:rPr>
          <w:rFonts w:ascii="Arial" w:hAnsi="Arial" w:cs="Arial"/>
          <w:lang w:val="fr-CA"/>
        </w:rPr>
        <w:t xml:space="preserve"> Les 25 et/ou 26 juillet 2026</w:t>
      </w:r>
    </w:p>
    <w:p w:rsidR="003C721E" w:rsidRPr="00556E97" w:rsidRDefault="00A20C7B" w:rsidP="00A20C7B">
      <w:pPr>
        <w:jc w:val="both"/>
        <w:rPr>
          <w:rFonts w:ascii="Arial" w:hAnsi="Arial" w:cs="Arial"/>
          <w:lang w:val="fr-CA"/>
        </w:rPr>
      </w:pPr>
      <w:r w:rsidRPr="00556E97">
        <w:rPr>
          <w:rFonts w:ascii="Arial" w:hAnsi="Arial" w:cs="Arial"/>
          <w:lang w:val="fr-CA"/>
        </w:rPr>
        <w:t>Nous avons le plaisir de vous offrir l’opportunité de découvrir si votre Bouvier possède un intérêt naturel pour le rassemblement de troupeau. Tous les Bouviers des Flandres sont les bienvenus, même les chiens sans expérience.</w:t>
      </w:r>
    </w:p>
    <w:p w:rsidR="003C721E" w:rsidRPr="00556E97" w:rsidRDefault="00A20C7B" w:rsidP="00A20C7B">
      <w:pPr>
        <w:jc w:val="both"/>
        <w:rPr>
          <w:rFonts w:ascii="Arial" w:hAnsi="Arial" w:cs="Arial"/>
          <w:lang w:val="fr-CA"/>
        </w:rPr>
      </w:pPr>
      <w:r w:rsidRPr="00556E97">
        <w:rPr>
          <w:rFonts w:ascii="Arial" w:hAnsi="Arial" w:cs="Arial"/>
          <w:lang w:val="fr-CA"/>
        </w:rPr>
        <w:t>Vous pourrez travailler avec votre chien directement dans l’enclos, accompagné de la bergère, qui vous guidera et aidera votre compagnon à mieux se contrôler afin de travailler adéquatement avec les moutons ou les canards.</w:t>
      </w:r>
    </w:p>
    <w:p w:rsidR="003C721E" w:rsidRDefault="00A20C7B">
      <w:pPr>
        <w:rPr>
          <w:rFonts w:ascii="Arial" w:hAnsi="Arial" w:cs="Arial"/>
          <w:lang w:val="fr-CA"/>
        </w:rPr>
      </w:pPr>
      <w:r w:rsidRPr="00556E97">
        <w:rPr>
          <w:rFonts w:ascii="Arial" w:hAnsi="Arial" w:cs="Arial"/>
          <w:lang w:val="fr-CA"/>
        </w:rPr>
        <w:t>Trois blocs de 3 heures</w:t>
      </w:r>
      <w:r w:rsidR="0084367F">
        <w:rPr>
          <w:rFonts w:ascii="Arial" w:hAnsi="Arial" w:cs="Arial"/>
          <w:lang w:val="fr-CA"/>
        </w:rPr>
        <w:t xml:space="preserve"> </w:t>
      </w:r>
      <w:r w:rsidR="0084367F" w:rsidRPr="00556E97">
        <w:rPr>
          <w:rFonts w:ascii="Arial" w:hAnsi="Arial" w:cs="Arial"/>
          <w:lang w:val="fr-CA"/>
        </w:rPr>
        <w:t>(selon la demande)</w:t>
      </w:r>
      <w:r w:rsidR="0084367F">
        <w:rPr>
          <w:rFonts w:ascii="Arial" w:hAnsi="Arial" w:cs="Arial"/>
          <w:lang w:val="fr-CA"/>
        </w:rPr>
        <w:t>, env. 20 min./chien</w:t>
      </w:r>
      <w:r w:rsidRPr="00556E97">
        <w:rPr>
          <w:rFonts w:ascii="Arial" w:hAnsi="Arial" w:cs="Arial"/>
          <w:lang w:val="fr-CA"/>
        </w:rPr>
        <w:t xml:space="preserve"> sont prévus:</w:t>
      </w:r>
    </w:p>
    <w:p w:rsidR="003C721E" w:rsidRPr="00556E97" w:rsidRDefault="00A20C7B">
      <w:pPr>
        <w:pStyle w:val="Listepuces"/>
        <w:rPr>
          <w:rFonts w:ascii="Arial" w:hAnsi="Arial" w:cs="Arial"/>
          <w:lang w:val="fr-CA"/>
        </w:rPr>
      </w:pPr>
      <w:r w:rsidRPr="00556E97">
        <w:rPr>
          <w:rFonts w:ascii="Arial" w:hAnsi="Arial" w:cs="Arial"/>
          <w:lang w:val="fr-CA"/>
        </w:rPr>
        <w:t>Samedi matin</w:t>
      </w:r>
    </w:p>
    <w:p w:rsidR="003C721E" w:rsidRPr="00556E97" w:rsidRDefault="00A20C7B">
      <w:pPr>
        <w:pStyle w:val="Listepuces"/>
        <w:rPr>
          <w:rFonts w:ascii="Arial" w:hAnsi="Arial" w:cs="Arial"/>
          <w:lang w:val="fr-CA"/>
        </w:rPr>
      </w:pPr>
      <w:r w:rsidRPr="00556E97">
        <w:rPr>
          <w:rFonts w:ascii="Arial" w:hAnsi="Arial" w:cs="Arial"/>
          <w:lang w:val="fr-CA"/>
        </w:rPr>
        <w:t>Samedi après-midi</w:t>
      </w:r>
    </w:p>
    <w:p w:rsidR="00332938" w:rsidRPr="00556E97" w:rsidRDefault="00A20C7B">
      <w:pPr>
        <w:pStyle w:val="Listepuces"/>
        <w:rPr>
          <w:rFonts w:ascii="Arial" w:hAnsi="Arial" w:cs="Arial"/>
          <w:lang w:val="fr-CA"/>
        </w:rPr>
      </w:pPr>
      <w:r w:rsidRPr="00556E97">
        <w:rPr>
          <w:rFonts w:ascii="Arial" w:hAnsi="Arial" w:cs="Arial"/>
          <w:lang w:val="fr-CA"/>
        </w:rPr>
        <w:t>Dimanche matin</w:t>
      </w:r>
    </w:p>
    <w:p w:rsidR="0084367F" w:rsidRDefault="0084367F">
      <w:pPr>
        <w:rPr>
          <w:rFonts w:ascii="Arial" w:hAnsi="Arial" w:cs="Arial"/>
          <w:lang w:val="fr-CA"/>
        </w:rPr>
      </w:pPr>
      <w:r>
        <w:rPr>
          <w:rFonts w:ascii="Arial" w:hAnsi="Arial" w:cs="Arial"/>
          <w:lang w:val="fr-CA"/>
        </w:rPr>
        <w:t xml:space="preserve">L’activité aura lieu beau temps, mauvais temps. </w:t>
      </w:r>
    </w:p>
    <w:p w:rsidR="003C721E" w:rsidRPr="00556E97" w:rsidRDefault="00A20C7B" w:rsidP="00A20C7B">
      <w:pPr>
        <w:jc w:val="both"/>
        <w:rPr>
          <w:rFonts w:ascii="Arial" w:hAnsi="Arial" w:cs="Arial"/>
          <w:lang w:val="fr-CA"/>
        </w:rPr>
      </w:pPr>
      <w:r w:rsidRPr="00556E97">
        <w:rPr>
          <w:rFonts w:ascii="Arial" w:hAnsi="Arial" w:cs="Arial"/>
          <w:lang w:val="fr-CA"/>
        </w:rPr>
        <w:t xml:space="preserve">Notre hôte vous offre également la possibilité de vous installer sur place dès la veille avec votre VR </w:t>
      </w:r>
      <w:r w:rsidR="00332938" w:rsidRPr="00556E97">
        <w:rPr>
          <w:rFonts w:ascii="Arial" w:hAnsi="Arial" w:cs="Arial"/>
          <w:lang w:val="fr-CA"/>
        </w:rPr>
        <w:t>(</w:t>
      </w:r>
      <w:r w:rsidRPr="00556E97">
        <w:rPr>
          <w:rFonts w:ascii="Arial" w:hAnsi="Arial" w:cs="Arial"/>
          <w:lang w:val="fr-CA"/>
        </w:rPr>
        <w:t>motorisé, roulotte, tente-roulotte, tente ou véhicule Vanlife</w:t>
      </w:r>
      <w:r w:rsidR="00332938" w:rsidRPr="00556E97">
        <w:rPr>
          <w:rFonts w:ascii="Arial" w:hAnsi="Arial" w:cs="Arial"/>
          <w:lang w:val="fr-CA"/>
        </w:rPr>
        <w:t>)</w:t>
      </w:r>
      <w:r w:rsidRPr="00556E97">
        <w:rPr>
          <w:rFonts w:ascii="Arial" w:hAnsi="Arial" w:cs="Arial"/>
          <w:lang w:val="fr-CA"/>
        </w:rPr>
        <w:t>, sur son magnifique terrain.</w:t>
      </w:r>
    </w:p>
    <w:p w:rsidR="003C721E" w:rsidRPr="00556E97" w:rsidRDefault="00A20C7B" w:rsidP="00A20C7B">
      <w:pPr>
        <w:jc w:val="both"/>
        <w:rPr>
          <w:rFonts w:ascii="Arial" w:hAnsi="Arial" w:cs="Arial"/>
          <w:lang w:val="fr-CA"/>
        </w:rPr>
      </w:pPr>
      <w:r w:rsidRPr="00556E97">
        <w:rPr>
          <w:rFonts w:ascii="Arial" w:hAnsi="Arial" w:cs="Arial"/>
          <w:lang w:val="fr-CA"/>
        </w:rPr>
        <w:t>Si la météo est favorable, nous pourrons terminer la journée autour d’un feu, accompagné d’une délicieuse sangria maison.</w:t>
      </w:r>
    </w:p>
    <w:p w:rsidR="003C721E" w:rsidRPr="00556E97" w:rsidRDefault="00A20C7B">
      <w:pPr>
        <w:rPr>
          <w:rFonts w:ascii="Arial" w:hAnsi="Arial" w:cs="Arial"/>
          <w:lang w:val="fr-CA"/>
        </w:rPr>
      </w:pPr>
      <w:r w:rsidRPr="00556E97">
        <w:rPr>
          <w:rFonts w:ascii="Arial" w:hAnsi="Arial" w:cs="Arial"/>
          <w:lang w:val="fr-CA"/>
        </w:rPr>
        <w:t>Divers produits du terroir seront aussi disponibles sur place : produits de la ferme ainsi que ceux des producteurs voisins… de quoi se régaler!</w:t>
      </w:r>
    </w:p>
    <w:p w:rsidR="003C721E" w:rsidRPr="00556E97" w:rsidRDefault="00A20C7B">
      <w:pPr>
        <w:rPr>
          <w:rFonts w:ascii="Arial" w:hAnsi="Arial" w:cs="Arial"/>
          <w:lang w:val="fr-CA"/>
        </w:rPr>
      </w:pPr>
      <w:r w:rsidRPr="00556E97">
        <w:rPr>
          <w:rFonts w:ascii="Arial" w:hAnsi="Arial" w:cs="Arial"/>
          <w:b/>
          <w:sz w:val="28"/>
          <w:lang w:val="fr-CA"/>
        </w:rPr>
        <w:t>Coût</w:t>
      </w:r>
    </w:p>
    <w:p w:rsidR="003C721E" w:rsidRPr="00556E97" w:rsidRDefault="00A20C7B">
      <w:pPr>
        <w:rPr>
          <w:rFonts w:ascii="Arial" w:hAnsi="Arial" w:cs="Arial"/>
          <w:lang w:val="fr-CA"/>
        </w:rPr>
      </w:pPr>
      <w:r w:rsidRPr="00556E97">
        <w:rPr>
          <w:rFonts w:ascii="Arial" w:hAnsi="Arial" w:cs="Arial"/>
          <w:lang w:val="fr-CA"/>
        </w:rPr>
        <w:t>60 $ par chien</w:t>
      </w:r>
      <w:r w:rsidR="0084367F">
        <w:rPr>
          <w:rFonts w:ascii="Arial" w:hAnsi="Arial" w:cs="Arial"/>
          <w:lang w:val="fr-CA"/>
        </w:rPr>
        <w:t xml:space="preserve">.  Aucun remboursement </w:t>
      </w:r>
    </w:p>
    <w:p w:rsidR="003C721E" w:rsidRPr="00556E97" w:rsidRDefault="00A20C7B">
      <w:pPr>
        <w:rPr>
          <w:rFonts w:ascii="Arial" w:hAnsi="Arial" w:cs="Arial"/>
          <w:lang w:val="fr-CA"/>
        </w:rPr>
      </w:pPr>
      <w:r w:rsidRPr="00556E97">
        <w:rPr>
          <w:rFonts w:ascii="Segoe UI Symbol" w:hAnsi="Segoe UI Symbol" w:cs="Segoe UI Symbol"/>
          <w:b/>
          <w:lang w:val="fr-CA"/>
        </w:rPr>
        <w:t>⚠</w:t>
      </w:r>
      <w:r w:rsidRPr="00556E97">
        <w:rPr>
          <w:rFonts w:ascii="Arial" w:hAnsi="Arial" w:cs="Arial"/>
          <w:b/>
          <w:lang w:val="fr-CA"/>
        </w:rPr>
        <w:t>️ Places limitées</w:t>
      </w:r>
    </w:p>
    <w:p w:rsidR="003C721E" w:rsidRPr="00556E97" w:rsidRDefault="00A20C7B">
      <w:pPr>
        <w:rPr>
          <w:rFonts w:ascii="Arial" w:hAnsi="Arial" w:cs="Arial"/>
          <w:lang w:val="fr-CA"/>
        </w:rPr>
      </w:pPr>
      <w:r w:rsidRPr="00556E97">
        <w:rPr>
          <w:rFonts w:ascii="Segoe UI Symbol" w:hAnsi="Segoe UI Symbol" w:cs="Segoe UI Symbol"/>
          <w:b/>
          <w:lang w:val="fr-CA"/>
        </w:rPr>
        <w:t>📌</w:t>
      </w:r>
      <w:r w:rsidRPr="00556E97">
        <w:rPr>
          <w:rFonts w:ascii="Arial" w:hAnsi="Arial" w:cs="Arial"/>
          <w:b/>
          <w:lang w:val="fr-CA"/>
        </w:rPr>
        <w:t xml:space="preserve"> Date limite d’inscription :</w:t>
      </w:r>
    </w:p>
    <w:p w:rsidR="00332938" w:rsidRPr="00556E97" w:rsidRDefault="00A20C7B">
      <w:pPr>
        <w:rPr>
          <w:rFonts w:ascii="Arial" w:hAnsi="Arial" w:cs="Arial"/>
          <w:lang w:val="fr-CA"/>
        </w:rPr>
      </w:pPr>
      <w:r w:rsidRPr="00556E97">
        <w:rPr>
          <w:rFonts w:ascii="Arial" w:hAnsi="Arial" w:cs="Arial"/>
          <w:lang w:val="fr-CA"/>
        </w:rPr>
        <w:t>1er juillet 2026 ou jusqu’à l’atteinte du nombre maximal de chiens participants.</w:t>
      </w:r>
    </w:p>
    <w:p w:rsidR="002A43ED" w:rsidRPr="00556E97" w:rsidRDefault="002A43ED">
      <w:pPr>
        <w:rPr>
          <w:rFonts w:ascii="Lucida Sans" w:hAnsi="Lucida Sans"/>
          <w:lang w:val="fr-CA"/>
        </w:rPr>
      </w:pPr>
      <w:r w:rsidRPr="00556E97">
        <w:rPr>
          <w:rFonts w:ascii="Arial" w:hAnsi="Arial" w:cs="Arial"/>
          <w:lang w:val="fr-CA"/>
        </w:rPr>
        <w:t>Veuillez envoyer votre formulaire avec votre paiement par INTERAC</w:t>
      </w:r>
      <w:r w:rsidR="0084367F">
        <w:rPr>
          <w:rFonts w:ascii="Arial" w:hAnsi="Arial" w:cs="Arial"/>
          <w:lang w:val="fr-CA"/>
        </w:rPr>
        <w:t xml:space="preserve"> afin de garantir votre</w:t>
      </w:r>
      <w:r w:rsidR="0084341A">
        <w:rPr>
          <w:rFonts w:ascii="Arial" w:hAnsi="Arial" w:cs="Arial"/>
          <w:lang w:val="fr-CA"/>
        </w:rPr>
        <w:t xml:space="preserve"> participation</w:t>
      </w:r>
      <w:r w:rsidRPr="00556E97">
        <w:rPr>
          <w:rFonts w:ascii="Arial" w:hAnsi="Arial" w:cs="Arial"/>
          <w:lang w:val="fr-CA"/>
        </w:rPr>
        <w:t xml:space="preserve"> à : </w:t>
      </w:r>
      <w:hyperlink r:id="rId10" w:history="1">
        <w:r w:rsidR="00652887" w:rsidRPr="002D4796">
          <w:rPr>
            <w:rStyle w:val="Lienhypertexte"/>
            <w:rFonts w:ascii="Arial" w:hAnsi="Arial" w:cs="Arial"/>
            <w:lang w:val="fr-CA"/>
          </w:rPr>
          <w:t>caro.bouvierdelawallonie@gmail.com</w:t>
        </w:r>
      </w:hyperlink>
      <w:r w:rsidR="00652887">
        <w:rPr>
          <w:rFonts w:ascii="Arial" w:hAnsi="Arial" w:cs="Arial"/>
          <w:lang w:val="fr-CA"/>
        </w:rPr>
        <w:t xml:space="preserve">     Mot-de-passe : </w:t>
      </w:r>
      <w:r w:rsidR="00652887" w:rsidRPr="00652887">
        <w:rPr>
          <w:rFonts w:ascii="Arial" w:hAnsi="Arial" w:cs="Arial"/>
          <w:b/>
          <w:color w:val="C00000"/>
          <w:lang w:val="fr-CA"/>
        </w:rPr>
        <w:t>Mouton</w:t>
      </w:r>
      <w:r w:rsidR="007D3ED6">
        <w:rPr>
          <w:rFonts w:ascii="Arial" w:hAnsi="Arial" w:cs="Arial"/>
          <w:b/>
          <w:color w:val="C00000"/>
          <w:lang w:val="fr-CA"/>
        </w:rPr>
        <w:t>s</w:t>
      </w:r>
      <w:r w:rsidRPr="00556E97">
        <w:rPr>
          <w:rFonts w:ascii="Lucida Sans" w:hAnsi="Lucida Sans"/>
          <w:lang w:val="fr-CA"/>
        </w:rPr>
        <w:br w:type="page"/>
      </w:r>
    </w:p>
    <w:p w:rsidR="002A43ED" w:rsidRPr="007D1017" w:rsidRDefault="002A43ED" w:rsidP="002A43E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fr-CA" w:eastAsia="fr-CA"/>
        </w:rPr>
      </w:pPr>
      <w:r w:rsidRPr="007D1017">
        <w:rPr>
          <w:rFonts w:ascii="Times New Roman" w:eastAsia="Times New Roman" w:hAnsi="Times New Roman" w:cs="Times New Roman"/>
          <w:b/>
          <w:bCs/>
          <w:kern w:val="36"/>
          <w:sz w:val="48"/>
          <w:szCs w:val="48"/>
          <w:lang w:val="fr-CA" w:eastAsia="fr-CA"/>
        </w:rPr>
        <w:lastRenderedPageBreak/>
        <w:t>FORMULAIRE D’INSCRIPTION</w:t>
      </w:r>
    </w:p>
    <w:p w:rsidR="00F82AB9"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Prénom et nom :</w:t>
      </w:r>
      <w:r w:rsidRPr="007D1017">
        <w:rPr>
          <w:rFonts w:ascii="Times New Roman" w:eastAsia="Times New Roman" w:hAnsi="Times New Roman" w:cs="Times New Roman"/>
          <w:sz w:val="24"/>
          <w:szCs w:val="24"/>
          <w:lang w:val="fr-CA" w:eastAsia="fr-CA"/>
        </w:rPr>
        <w:t xml:space="preserve"> </w:t>
      </w:r>
      <w:r w:rsidR="00392118">
        <w:rPr>
          <w:rFonts w:ascii="Times New Roman" w:eastAsia="Times New Roman" w:hAnsi="Times New Roman" w:cs="Times New Roman"/>
          <w:sz w:val="24"/>
          <w:szCs w:val="24"/>
          <w:lang w:val="fr-CA" w:eastAsia="fr-CA"/>
        </w:rPr>
        <w:fldChar w:fldCharType="begin">
          <w:ffData>
            <w:name w:val="Texte10"/>
            <w:enabled/>
            <w:calcOnExit w:val="0"/>
            <w:textInput/>
          </w:ffData>
        </w:fldChar>
      </w:r>
      <w:bookmarkStart w:id="0" w:name="Texte10"/>
      <w:r w:rsidR="00392118">
        <w:rPr>
          <w:rFonts w:ascii="Times New Roman" w:eastAsia="Times New Roman" w:hAnsi="Times New Roman" w:cs="Times New Roman"/>
          <w:sz w:val="24"/>
          <w:szCs w:val="24"/>
          <w:lang w:val="fr-CA" w:eastAsia="fr-CA"/>
        </w:rPr>
        <w:instrText xml:space="preserve"> FORMTEXT </w:instrText>
      </w:r>
      <w:r w:rsidR="00392118">
        <w:rPr>
          <w:rFonts w:ascii="Times New Roman" w:eastAsia="Times New Roman" w:hAnsi="Times New Roman" w:cs="Times New Roman"/>
          <w:sz w:val="24"/>
          <w:szCs w:val="24"/>
          <w:lang w:val="fr-CA" w:eastAsia="fr-CA"/>
        </w:rPr>
      </w:r>
      <w:r w:rsidR="00392118">
        <w:rPr>
          <w:rFonts w:ascii="Times New Roman" w:eastAsia="Times New Roman" w:hAnsi="Times New Roman" w:cs="Times New Roman"/>
          <w:sz w:val="24"/>
          <w:szCs w:val="24"/>
          <w:lang w:val="fr-CA" w:eastAsia="fr-CA"/>
        </w:rPr>
        <w:fldChar w:fldCharType="separate"/>
      </w:r>
      <w:bookmarkStart w:id="1" w:name="_GoBack"/>
      <w:r w:rsidR="006176A2">
        <w:rPr>
          <w:rFonts w:ascii="Times New Roman" w:eastAsia="Times New Roman" w:hAnsi="Times New Roman" w:cs="Times New Roman"/>
          <w:noProof/>
          <w:sz w:val="24"/>
          <w:szCs w:val="24"/>
          <w:lang w:val="fr-CA" w:eastAsia="fr-CA"/>
        </w:rPr>
        <w:t xml:space="preserve"> </w:t>
      </w:r>
      <w:bookmarkEnd w:id="1"/>
      <w:r w:rsidR="00392118">
        <w:rPr>
          <w:rFonts w:ascii="Times New Roman" w:eastAsia="Times New Roman" w:hAnsi="Times New Roman" w:cs="Times New Roman"/>
          <w:sz w:val="24"/>
          <w:szCs w:val="24"/>
          <w:lang w:val="fr-CA" w:eastAsia="fr-CA"/>
        </w:rPr>
        <w:fldChar w:fldCharType="end"/>
      </w:r>
      <w:bookmarkEnd w:id="0"/>
    </w:p>
    <w:p w:rsidR="002A43ED" w:rsidRPr="007D1017" w:rsidRDefault="00392118"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Pr>
          <w:rFonts w:ascii="Segoe UI Symbol" w:eastAsia="Times New Roman" w:hAnsi="Segoe UI Symbol" w:cs="Segoe UI Symbol"/>
          <w:sz w:val="24"/>
          <w:szCs w:val="24"/>
          <w:lang w:val="fr-CA" w:eastAsia="fr-CA"/>
        </w:rPr>
        <w:fldChar w:fldCharType="begin">
          <w:ffData>
            <w:name w:val="CaseACocher14"/>
            <w:enabled/>
            <w:calcOnExit w:val="0"/>
            <w:checkBox>
              <w:sizeAuto/>
              <w:default w:val="0"/>
              <w:checked w:val="0"/>
            </w:checkBox>
          </w:ffData>
        </w:fldChar>
      </w:r>
      <w:bookmarkStart w:id="2" w:name="CaseACocher14"/>
      <w:r>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Pr>
          <w:rFonts w:ascii="Segoe UI Symbol" w:eastAsia="Times New Roman" w:hAnsi="Segoe UI Symbol" w:cs="Segoe UI Symbol"/>
          <w:sz w:val="24"/>
          <w:szCs w:val="24"/>
          <w:lang w:val="fr-CA" w:eastAsia="fr-CA"/>
        </w:rPr>
        <w:fldChar w:fldCharType="end"/>
      </w:r>
      <w:bookmarkEnd w:id="2"/>
      <w:r w:rsidR="002A43ED" w:rsidRPr="007D1017">
        <w:rPr>
          <w:rFonts w:ascii="Times New Roman" w:eastAsia="Times New Roman" w:hAnsi="Times New Roman" w:cs="Times New Roman"/>
          <w:sz w:val="24"/>
          <w:szCs w:val="24"/>
          <w:lang w:val="fr-CA" w:eastAsia="fr-CA"/>
        </w:rPr>
        <w:t xml:space="preserve"> Propriétaire</w:t>
      </w:r>
      <w:r w:rsidR="002A43ED" w:rsidRPr="007D1017">
        <w:rPr>
          <w:rFonts w:ascii="Times New Roman" w:eastAsia="Times New Roman" w:hAnsi="Times New Roman" w:cs="Times New Roman"/>
          <w:sz w:val="24"/>
          <w:szCs w:val="24"/>
          <w:lang w:val="fr-CA" w:eastAsia="fr-CA"/>
        </w:rPr>
        <w:t> </w:t>
      </w:r>
      <w:r w:rsidR="002A43ED" w:rsidRPr="007D1017">
        <w:rPr>
          <w:rFonts w:ascii="Times New Roman" w:eastAsia="Times New Roman" w:hAnsi="Times New Roman" w:cs="Times New Roman"/>
          <w:sz w:val="24"/>
          <w:szCs w:val="24"/>
          <w:lang w:val="fr-CA" w:eastAsia="fr-CA"/>
        </w:rPr>
        <w:t> </w:t>
      </w:r>
      <w:r w:rsidR="002A43ED" w:rsidRPr="007D1017">
        <w:rPr>
          <w:rFonts w:ascii="Times New Roman" w:eastAsia="Times New Roman" w:hAnsi="Times New Roman" w:cs="Times New Roman"/>
          <w:sz w:val="24"/>
          <w:szCs w:val="24"/>
          <w:lang w:val="fr-CA" w:eastAsia="fr-CA"/>
        </w:rPr>
        <w:t> </w:t>
      </w:r>
      <w:r>
        <w:rPr>
          <w:rFonts w:ascii="Segoe UI Symbol" w:eastAsia="Times New Roman" w:hAnsi="Segoe UI Symbol" w:cs="Segoe UI Symbol"/>
          <w:sz w:val="24"/>
          <w:szCs w:val="24"/>
          <w:lang w:val="fr-CA" w:eastAsia="fr-CA"/>
        </w:rPr>
        <w:fldChar w:fldCharType="begin">
          <w:ffData>
            <w:name w:val="CaseACocher15"/>
            <w:enabled/>
            <w:calcOnExit w:val="0"/>
            <w:checkBox>
              <w:sizeAuto/>
              <w:default w:val="0"/>
              <w:checked w:val="0"/>
            </w:checkBox>
          </w:ffData>
        </w:fldChar>
      </w:r>
      <w:bookmarkStart w:id="3" w:name="CaseACocher15"/>
      <w:r>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Pr>
          <w:rFonts w:ascii="Segoe UI Symbol" w:eastAsia="Times New Roman" w:hAnsi="Segoe UI Symbol" w:cs="Segoe UI Symbol"/>
          <w:sz w:val="24"/>
          <w:szCs w:val="24"/>
          <w:lang w:val="fr-CA" w:eastAsia="fr-CA"/>
        </w:rPr>
        <w:fldChar w:fldCharType="end"/>
      </w:r>
      <w:bookmarkEnd w:id="3"/>
      <w:r>
        <w:rPr>
          <w:rFonts w:ascii="Segoe UI Symbol" w:eastAsia="Times New Roman" w:hAnsi="Segoe UI Symbol" w:cs="Segoe UI Symbol"/>
          <w:sz w:val="24"/>
          <w:szCs w:val="24"/>
          <w:lang w:val="fr-CA" w:eastAsia="fr-CA"/>
        </w:rPr>
        <w:t xml:space="preserve"> </w:t>
      </w:r>
      <w:r w:rsidR="0084341A">
        <w:rPr>
          <w:rFonts w:ascii="Times New Roman" w:eastAsia="Times New Roman" w:hAnsi="Times New Roman" w:cs="Times New Roman"/>
          <w:sz w:val="24"/>
          <w:szCs w:val="24"/>
          <w:lang w:val="fr-CA" w:eastAsia="fr-CA"/>
        </w:rPr>
        <w:t>Manieur</w:t>
      </w:r>
    </w:p>
    <w:p w:rsidR="002A43ED" w:rsidRPr="007D1017"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Adresse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2"/>
            <w:enabled/>
            <w:calcOnExit w:val="0"/>
            <w:textInput/>
          </w:ffData>
        </w:fldChar>
      </w:r>
      <w:bookmarkStart w:id="4" w:name="Texte2"/>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4"/>
    </w:p>
    <w:p w:rsidR="002A43ED" w:rsidRPr="007D1017"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Téléphone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3"/>
            <w:enabled/>
            <w:calcOnExit w:val="0"/>
            <w:textInput/>
          </w:ffData>
        </w:fldChar>
      </w:r>
      <w:bookmarkStart w:id="5" w:name="Texte3"/>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5"/>
    </w:p>
    <w:p w:rsidR="002A43ED" w:rsidRPr="007D1017"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Courriel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4"/>
            <w:enabled/>
            <w:calcOnExit w:val="0"/>
            <w:textInput/>
          </w:ffData>
        </w:fldChar>
      </w:r>
      <w:bookmarkStart w:id="6" w:name="Texte4"/>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6"/>
    </w:p>
    <w:p w:rsidR="002A43ED" w:rsidRPr="007D1017" w:rsidRDefault="002A43ED" w:rsidP="002A43ED">
      <w:pPr>
        <w:spacing w:before="100" w:beforeAutospacing="1" w:after="100" w:afterAutospacing="1" w:line="240" w:lineRule="auto"/>
        <w:outlineLvl w:val="1"/>
        <w:rPr>
          <w:rFonts w:ascii="Times New Roman" w:eastAsia="Times New Roman" w:hAnsi="Times New Roman" w:cs="Times New Roman"/>
          <w:b/>
          <w:bCs/>
          <w:sz w:val="36"/>
          <w:szCs w:val="36"/>
          <w:lang w:val="fr-CA" w:eastAsia="fr-CA"/>
        </w:rPr>
      </w:pPr>
      <w:r w:rsidRPr="007D1017">
        <w:rPr>
          <w:rFonts w:ascii="Times New Roman" w:eastAsia="Times New Roman" w:hAnsi="Times New Roman" w:cs="Times New Roman"/>
          <w:b/>
          <w:bCs/>
          <w:sz w:val="36"/>
          <w:szCs w:val="36"/>
          <w:lang w:val="fr-CA" w:eastAsia="fr-CA"/>
        </w:rPr>
        <w:t>Identification du Bouvier des Flandres</w:t>
      </w:r>
    </w:p>
    <w:p w:rsidR="002A43ED" w:rsidRPr="007D1017"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Nom usuel du chien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5"/>
            <w:enabled/>
            <w:calcOnExit w:val="0"/>
            <w:textInput/>
          </w:ffData>
        </w:fldChar>
      </w:r>
      <w:bookmarkStart w:id="7" w:name="Texte5"/>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7"/>
    </w:p>
    <w:p w:rsidR="00A20C7B" w:rsidRPr="00EA5664" w:rsidRDefault="00A20C7B" w:rsidP="00A20C7B">
      <w:pPr>
        <w:spacing w:after="0" w:line="240" w:lineRule="auto"/>
        <w:rPr>
          <w:rFonts w:ascii="Times New Roman" w:eastAsia="Times New Roman" w:hAnsi="Times New Roman" w:cs="Times New Roman"/>
          <w:sz w:val="24"/>
          <w:szCs w:val="24"/>
          <w:lang w:val="fr-CA" w:eastAsia="fr-CA"/>
        </w:rPr>
      </w:pPr>
      <w:r w:rsidRPr="00EA5664">
        <w:rPr>
          <w:rFonts w:ascii="Times New Roman" w:eastAsia="Times New Roman" w:hAnsi="Times New Roman" w:cs="Times New Roman"/>
          <w:b/>
          <w:bCs/>
          <w:sz w:val="24"/>
          <w:szCs w:val="24"/>
          <w:lang w:val="fr-CA" w:eastAsia="fr-CA"/>
        </w:rPr>
        <w:t xml:space="preserve">Nom complet enregistré (s’il y a lieu) : </w:t>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Pr="00EA5664">
        <w:rPr>
          <w:rFonts w:ascii="Times New Roman" w:eastAsia="Times New Roman" w:hAnsi="Times New Roman" w:cs="Times New Roman"/>
          <w:b/>
          <w:bCs/>
          <w:sz w:val="24"/>
          <w:szCs w:val="24"/>
          <w:lang w:val="fr-CA" w:eastAsia="fr-CA"/>
        </w:rPr>
        <w:softHyphen/>
      </w:r>
      <w:r w:rsidR="00F82AB9">
        <w:rPr>
          <w:rFonts w:ascii="Times New Roman" w:eastAsia="Times New Roman" w:hAnsi="Times New Roman" w:cs="Times New Roman"/>
          <w:b/>
          <w:bCs/>
          <w:sz w:val="24"/>
          <w:szCs w:val="24"/>
          <w:lang w:val="fr-CA" w:eastAsia="fr-CA"/>
        </w:rPr>
        <w:fldChar w:fldCharType="begin">
          <w:ffData>
            <w:name w:val="Texte6"/>
            <w:enabled/>
            <w:calcOnExit w:val="0"/>
            <w:textInput/>
          </w:ffData>
        </w:fldChar>
      </w:r>
      <w:bookmarkStart w:id="8" w:name="Texte6"/>
      <w:r w:rsidR="00F82AB9">
        <w:rPr>
          <w:rFonts w:ascii="Times New Roman" w:eastAsia="Times New Roman" w:hAnsi="Times New Roman" w:cs="Times New Roman"/>
          <w:b/>
          <w:bCs/>
          <w:sz w:val="24"/>
          <w:szCs w:val="24"/>
          <w:lang w:val="fr-CA" w:eastAsia="fr-CA"/>
        </w:rPr>
        <w:instrText xml:space="preserve"> FORMTEXT </w:instrText>
      </w:r>
      <w:r w:rsidR="00F82AB9">
        <w:rPr>
          <w:rFonts w:ascii="Times New Roman" w:eastAsia="Times New Roman" w:hAnsi="Times New Roman" w:cs="Times New Roman"/>
          <w:b/>
          <w:bCs/>
          <w:sz w:val="24"/>
          <w:szCs w:val="24"/>
          <w:lang w:val="fr-CA" w:eastAsia="fr-CA"/>
        </w:rPr>
      </w:r>
      <w:r w:rsidR="00F82AB9">
        <w:rPr>
          <w:rFonts w:ascii="Times New Roman" w:eastAsia="Times New Roman" w:hAnsi="Times New Roman" w:cs="Times New Roman"/>
          <w:b/>
          <w:bCs/>
          <w:sz w:val="24"/>
          <w:szCs w:val="24"/>
          <w:lang w:val="fr-CA" w:eastAsia="fr-CA"/>
        </w:rPr>
        <w:fldChar w:fldCharType="separate"/>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F82AB9">
        <w:rPr>
          <w:rFonts w:ascii="Times New Roman" w:eastAsia="Times New Roman" w:hAnsi="Times New Roman" w:cs="Times New Roman"/>
          <w:b/>
          <w:bCs/>
          <w:sz w:val="24"/>
          <w:szCs w:val="24"/>
          <w:lang w:val="fr-CA" w:eastAsia="fr-CA"/>
        </w:rPr>
        <w:fldChar w:fldCharType="end"/>
      </w:r>
      <w:bookmarkEnd w:id="8"/>
    </w:p>
    <w:p w:rsidR="00A20C7B" w:rsidRPr="00EA5664" w:rsidRDefault="00A20C7B" w:rsidP="00A20C7B">
      <w:pPr>
        <w:spacing w:after="0" w:line="240" w:lineRule="auto"/>
        <w:rPr>
          <w:rFonts w:ascii="Times New Roman" w:eastAsia="Times New Roman" w:hAnsi="Times New Roman" w:cs="Times New Roman"/>
          <w:sz w:val="24"/>
          <w:szCs w:val="24"/>
          <w:lang w:val="fr-CA" w:eastAsia="fr-CA"/>
        </w:rPr>
      </w:pPr>
      <w:r w:rsidRPr="00EA5664">
        <w:rPr>
          <w:rFonts w:ascii="Times New Roman" w:eastAsia="Times New Roman" w:hAnsi="Times New Roman" w:cs="Times New Roman"/>
          <w:i/>
          <w:iCs/>
          <w:sz w:val="24"/>
          <w:szCs w:val="24"/>
          <w:lang w:val="fr-CA" w:eastAsia="fr-CA"/>
        </w:rPr>
        <w:t>(Ce nom pourra être utilisé sur le certificat.de participation)</w:t>
      </w:r>
    </w:p>
    <w:p w:rsidR="00F82AB9"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Âge du chien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7"/>
            <w:enabled/>
            <w:calcOnExit w:val="0"/>
            <w:textInput/>
          </w:ffData>
        </w:fldChar>
      </w:r>
      <w:bookmarkStart w:id="9" w:name="Texte7"/>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9"/>
    </w:p>
    <w:p w:rsidR="00F82AB9" w:rsidRDefault="002A43ED" w:rsidP="00F82AB9">
      <w:pPr>
        <w:spacing w:before="100" w:beforeAutospacing="1" w:after="100" w:afterAutospacing="1" w:line="240" w:lineRule="auto"/>
        <w:rPr>
          <w:rFonts w:ascii="Times New Roman" w:eastAsia="Times New Roman" w:hAnsi="Times New Roman" w:cs="Times New Roman"/>
          <w:noProof/>
          <w:sz w:val="24"/>
          <w:szCs w:val="24"/>
          <w:lang w:val="fr-CA" w:eastAsia="fr-CA"/>
        </w:rPr>
      </w:pPr>
      <w:r w:rsidRPr="00556E97">
        <w:rPr>
          <w:rFonts w:ascii="Times New Roman" w:eastAsia="Times New Roman" w:hAnsi="Times New Roman" w:cs="Times New Roman"/>
          <w:b/>
          <w:bCs/>
          <w:sz w:val="24"/>
          <w:szCs w:val="24"/>
          <w:lang w:val="fr-CA" w:eastAsia="fr-CA"/>
        </w:rPr>
        <w:t xml:space="preserve">Expérience en herding </w:t>
      </w:r>
      <w:r w:rsidR="0084341A">
        <w:rPr>
          <w:rFonts w:ascii="Times New Roman" w:eastAsia="Times New Roman" w:hAnsi="Times New Roman" w:cs="Times New Roman"/>
          <w:b/>
          <w:bCs/>
          <w:sz w:val="24"/>
          <w:szCs w:val="24"/>
          <w:lang w:val="fr-CA" w:eastAsia="fr-CA"/>
        </w:rPr>
        <w:t>/</w:t>
      </w:r>
      <w:r w:rsidRPr="00556E97">
        <w:rPr>
          <w:rFonts w:ascii="Times New Roman" w:eastAsia="Times New Roman" w:hAnsi="Times New Roman" w:cs="Times New Roman"/>
          <w:b/>
          <w:bCs/>
          <w:sz w:val="24"/>
          <w:szCs w:val="24"/>
          <w:lang w:val="fr-CA" w:eastAsia="fr-CA"/>
        </w:rPr>
        <w:t>en rassemblement :</w:t>
      </w:r>
      <w:r w:rsidR="00F82AB9">
        <w:rPr>
          <w:rFonts w:ascii="Times New Roman" w:eastAsia="Times New Roman" w:hAnsi="Times New Roman" w:cs="Times New Roman"/>
          <w:b/>
          <w:bCs/>
          <w:sz w:val="24"/>
          <w:szCs w:val="24"/>
          <w:lang w:val="fr-CA" w:eastAsia="fr-CA"/>
        </w:rPr>
        <w:t xml:space="preserve"> </w:t>
      </w:r>
      <w:r w:rsidR="00DB519C">
        <w:rPr>
          <w:rFonts w:ascii="Times New Roman" w:eastAsia="Times New Roman" w:hAnsi="Times New Roman" w:cs="Times New Roman"/>
          <w:b/>
          <w:bCs/>
          <w:sz w:val="24"/>
          <w:szCs w:val="24"/>
          <w:lang w:val="fr-CA" w:eastAsia="fr-CA"/>
        </w:rPr>
        <w:fldChar w:fldCharType="begin">
          <w:ffData>
            <w:name w:val="Texte11"/>
            <w:enabled/>
            <w:calcOnExit w:val="0"/>
            <w:textInput/>
          </w:ffData>
        </w:fldChar>
      </w:r>
      <w:bookmarkStart w:id="10" w:name="Texte11"/>
      <w:r w:rsidR="00DB519C">
        <w:rPr>
          <w:rFonts w:ascii="Times New Roman" w:eastAsia="Times New Roman" w:hAnsi="Times New Roman" w:cs="Times New Roman"/>
          <w:b/>
          <w:bCs/>
          <w:sz w:val="24"/>
          <w:szCs w:val="24"/>
          <w:lang w:val="fr-CA" w:eastAsia="fr-CA"/>
        </w:rPr>
        <w:instrText xml:space="preserve"> FORMTEXT </w:instrText>
      </w:r>
      <w:r w:rsidR="00DB519C">
        <w:rPr>
          <w:rFonts w:ascii="Times New Roman" w:eastAsia="Times New Roman" w:hAnsi="Times New Roman" w:cs="Times New Roman"/>
          <w:b/>
          <w:bCs/>
          <w:sz w:val="24"/>
          <w:szCs w:val="24"/>
          <w:lang w:val="fr-CA" w:eastAsia="fr-CA"/>
        </w:rPr>
      </w:r>
      <w:r w:rsidR="00DB519C">
        <w:rPr>
          <w:rFonts w:ascii="Times New Roman" w:eastAsia="Times New Roman" w:hAnsi="Times New Roman" w:cs="Times New Roman"/>
          <w:b/>
          <w:bCs/>
          <w:sz w:val="24"/>
          <w:szCs w:val="24"/>
          <w:lang w:val="fr-CA" w:eastAsia="fr-CA"/>
        </w:rPr>
        <w:fldChar w:fldCharType="separate"/>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6176A2">
        <w:rPr>
          <w:rFonts w:ascii="Times New Roman" w:eastAsia="Times New Roman" w:hAnsi="Times New Roman" w:cs="Times New Roman"/>
          <w:b/>
          <w:bCs/>
          <w:sz w:val="24"/>
          <w:szCs w:val="24"/>
          <w:lang w:val="fr-CA" w:eastAsia="fr-CA"/>
        </w:rPr>
        <w:t> </w:t>
      </w:r>
      <w:r w:rsidR="00DB519C">
        <w:rPr>
          <w:rFonts w:ascii="Times New Roman" w:eastAsia="Times New Roman" w:hAnsi="Times New Roman" w:cs="Times New Roman"/>
          <w:b/>
          <w:bCs/>
          <w:sz w:val="24"/>
          <w:szCs w:val="24"/>
          <w:lang w:val="fr-CA" w:eastAsia="fr-CA"/>
        </w:rPr>
        <w:fldChar w:fldCharType="end"/>
      </w:r>
      <w:bookmarkEnd w:id="10"/>
    </w:p>
    <w:p w:rsidR="002A43ED" w:rsidRPr="007D1017" w:rsidRDefault="0046373C" w:rsidP="00F82AB9">
      <w:pPr>
        <w:spacing w:before="100" w:beforeAutospacing="1" w:after="100" w:afterAutospacing="1" w:line="240" w:lineRule="auto"/>
        <w:rPr>
          <w:rFonts w:ascii="Times New Roman" w:eastAsia="Times New Roman" w:hAnsi="Times New Roman" w:cs="Times New Roman"/>
          <w:sz w:val="24"/>
          <w:szCs w:val="24"/>
          <w:lang w:val="fr-CA" w:eastAsia="fr-CA"/>
        </w:rPr>
      </w:pPr>
      <w:r>
        <w:rPr>
          <w:rFonts w:ascii="Times New Roman" w:eastAsia="Times New Roman" w:hAnsi="Times New Roman" w:cs="Times New Roman"/>
          <w:noProof/>
          <w:sz w:val="24"/>
          <w:szCs w:val="24"/>
          <w:lang w:val="fr-CA" w:eastAsia="fr-CA"/>
        </w:rPr>
        <w:pict>
          <v:rect id="_x0000_i1025" alt="" style="width:456.05pt;height:.05pt;mso-width-percent:0;mso-height-percent:0;mso-width-percent:0;mso-height-percent:0" o:hralign="center" o:hrstd="t" o:hr="t" fillcolor="#a0a0a0" stroked="f"/>
        </w:pict>
      </w:r>
    </w:p>
    <w:p w:rsidR="002A43ED" w:rsidRPr="007D1017" w:rsidRDefault="00F82AB9" w:rsidP="002A43ED">
      <w:pPr>
        <w:spacing w:before="100" w:beforeAutospacing="1" w:after="100" w:afterAutospacing="1" w:line="240" w:lineRule="auto"/>
        <w:outlineLvl w:val="1"/>
        <w:rPr>
          <w:rFonts w:ascii="Times New Roman" w:eastAsia="Times New Roman" w:hAnsi="Times New Roman" w:cs="Times New Roman"/>
          <w:b/>
          <w:bCs/>
          <w:sz w:val="36"/>
          <w:szCs w:val="36"/>
          <w:lang w:val="fr-CA" w:eastAsia="fr-CA"/>
        </w:rPr>
      </w:pPr>
      <w:r>
        <w:rPr>
          <w:rFonts w:ascii="Helvetica" w:hAnsi="Helvetica" w:cs="Helvetica"/>
          <w:noProof/>
          <w:sz w:val="24"/>
          <w:szCs w:val="24"/>
          <w:lang w:val="fr-CA" w:eastAsia="fr-CA"/>
        </w:rPr>
        <w:drawing>
          <wp:anchor distT="0" distB="0" distL="114300" distR="114300" simplePos="0" relativeHeight="251658240" behindDoc="0" locked="0" layoutInCell="1" allowOverlap="1">
            <wp:simplePos x="0" y="0"/>
            <wp:positionH relativeFrom="column">
              <wp:posOffset>3488123</wp:posOffset>
            </wp:positionH>
            <wp:positionV relativeFrom="paragraph">
              <wp:posOffset>21455</wp:posOffset>
            </wp:positionV>
            <wp:extent cx="2458800" cy="1576800"/>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8800" cy="15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3ED" w:rsidRPr="007D1017">
        <w:rPr>
          <w:rFonts w:ascii="Times New Roman" w:eastAsia="Times New Roman" w:hAnsi="Times New Roman" w:cs="Times New Roman"/>
          <w:b/>
          <w:bCs/>
          <w:sz w:val="36"/>
          <w:szCs w:val="36"/>
          <w:lang w:val="fr-CA" w:eastAsia="fr-CA"/>
        </w:rPr>
        <w:t>Votre préférence de plage horaire</w:t>
      </w:r>
    </w:p>
    <w:p w:rsidR="00504710" w:rsidRPr="00556E97" w:rsidRDefault="00392118"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Pr>
          <w:rFonts w:ascii="Segoe UI Symbol" w:eastAsia="Times New Roman" w:hAnsi="Segoe UI Symbol" w:cs="Segoe UI Symbol"/>
          <w:sz w:val="24"/>
          <w:szCs w:val="24"/>
          <w:lang w:val="fr-CA" w:eastAsia="fr-CA"/>
        </w:rPr>
        <w:fldChar w:fldCharType="begin">
          <w:ffData>
            <w:name w:val="CaseACocher16"/>
            <w:enabled/>
            <w:calcOnExit w:val="0"/>
            <w:checkBox>
              <w:sizeAuto/>
              <w:default w:val="0"/>
              <w:checked w:val="0"/>
            </w:checkBox>
          </w:ffData>
        </w:fldChar>
      </w:r>
      <w:bookmarkStart w:id="11" w:name="CaseACocher16"/>
      <w:r>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Pr>
          <w:rFonts w:ascii="Segoe UI Symbol" w:eastAsia="Times New Roman" w:hAnsi="Segoe UI Symbol" w:cs="Segoe UI Symbol"/>
          <w:sz w:val="24"/>
          <w:szCs w:val="24"/>
          <w:lang w:val="fr-CA" w:eastAsia="fr-CA"/>
        </w:rPr>
        <w:fldChar w:fldCharType="end"/>
      </w:r>
      <w:bookmarkEnd w:id="11"/>
      <w:r w:rsidR="002A43ED" w:rsidRPr="007D1017">
        <w:rPr>
          <w:rFonts w:ascii="Times New Roman" w:eastAsia="Times New Roman" w:hAnsi="Times New Roman" w:cs="Times New Roman"/>
          <w:sz w:val="24"/>
          <w:szCs w:val="24"/>
          <w:lang w:val="fr-CA" w:eastAsia="fr-CA"/>
        </w:rPr>
        <w:t xml:space="preserve"> Samedi matin</w:t>
      </w:r>
      <w:r w:rsidR="00813CB8" w:rsidRPr="00813CB8">
        <w:rPr>
          <w:rFonts w:ascii="Helvetica" w:hAnsi="Helvetica" w:cs="Helvetica"/>
          <w:sz w:val="24"/>
          <w:szCs w:val="24"/>
          <w:lang w:val="fr-FR"/>
        </w:rPr>
        <w:t xml:space="preserve"> </w:t>
      </w:r>
      <w:r w:rsidR="002A43ED" w:rsidRPr="007D1017">
        <w:rPr>
          <w:rFonts w:ascii="Times New Roman" w:eastAsia="Times New Roman" w:hAnsi="Times New Roman" w:cs="Times New Roman"/>
          <w:sz w:val="24"/>
          <w:szCs w:val="24"/>
          <w:lang w:val="fr-CA" w:eastAsia="fr-CA"/>
        </w:rPr>
        <w:br/>
      </w:r>
      <w:r>
        <w:rPr>
          <w:rFonts w:ascii="Segoe UI Symbol" w:eastAsia="Times New Roman" w:hAnsi="Segoe UI Symbol" w:cs="Segoe UI Symbol"/>
          <w:sz w:val="24"/>
          <w:szCs w:val="24"/>
          <w:lang w:val="fr-CA" w:eastAsia="fr-CA"/>
        </w:rPr>
        <w:fldChar w:fldCharType="begin">
          <w:ffData>
            <w:name w:val="CaseACocher17"/>
            <w:enabled/>
            <w:calcOnExit w:val="0"/>
            <w:checkBox>
              <w:sizeAuto/>
              <w:default w:val="0"/>
              <w:checked w:val="0"/>
            </w:checkBox>
          </w:ffData>
        </w:fldChar>
      </w:r>
      <w:bookmarkStart w:id="12" w:name="CaseACocher17"/>
      <w:r>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Pr>
          <w:rFonts w:ascii="Segoe UI Symbol" w:eastAsia="Times New Roman" w:hAnsi="Segoe UI Symbol" w:cs="Segoe UI Symbol"/>
          <w:sz w:val="24"/>
          <w:szCs w:val="24"/>
          <w:lang w:val="fr-CA" w:eastAsia="fr-CA"/>
        </w:rPr>
        <w:fldChar w:fldCharType="end"/>
      </w:r>
      <w:bookmarkEnd w:id="12"/>
      <w:r>
        <w:rPr>
          <w:rFonts w:ascii="Segoe UI Symbol" w:eastAsia="Times New Roman" w:hAnsi="Segoe UI Symbol" w:cs="Segoe UI Symbol"/>
          <w:sz w:val="24"/>
          <w:szCs w:val="24"/>
          <w:lang w:val="fr-CA" w:eastAsia="fr-CA"/>
        </w:rPr>
        <w:t xml:space="preserve"> </w:t>
      </w:r>
      <w:r w:rsidR="002A43ED" w:rsidRPr="007D1017">
        <w:rPr>
          <w:rFonts w:ascii="Times New Roman" w:eastAsia="Times New Roman" w:hAnsi="Times New Roman" w:cs="Times New Roman"/>
          <w:sz w:val="24"/>
          <w:szCs w:val="24"/>
          <w:lang w:val="fr-CA" w:eastAsia="fr-CA"/>
        </w:rPr>
        <w:t>Samedi après-midi</w:t>
      </w:r>
      <w:r w:rsidR="002A43ED" w:rsidRPr="007D1017">
        <w:rPr>
          <w:rFonts w:ascii="Times New Roman" w:eastAsia="Times New Roman" w:hAnsi="Times New Roman" w:cs="Times New Roman"/>
          <w:sz w:val="24"/>
          <w:szCs w:val="24"/>
          <w:lang w:val="fr-CA" w:eastAsia="fr-CA"/>
        </w:rPr>
        <w:br/>
      </w:r>
      <w:r>
        <w:rPr>
          <w:rFonts w:ascii="Segoe UI Symbol" w:eastAsia="Times New Roman" w:hAnsi="Segoe UI Symbol" w:cs="Segoe UI Symbol"/>
          <w:sz w:val="24"/>
          <w:szCs w:val="24"/>
          <w:lang w:val="fr-CA" w:eastAsia="fr-CA"/>
        </w:rPr>
        <w:fldChar w:fldCharType="begin">
          <w:ffData>
            <w:name w:val="CaseACocher18"/>
            <w:enabled/>
            <w:calcOnExit w:val="0"/>
            <w:checkBox>
              <w:sizeAuto/>
              <w:default w:val="0"/>
              <w:checked w:val="0"/>
            </w:checkBox>
          </w:ffData>
        </w:fldChar>
      </w:r>
      <w:bookmarkStart w:id="13" w:name="CaseACocher18"/>
      <w:r>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Pr>
          <w:rFonts w:ascii="Segoe UI Symbol" w:eastAsia="Times New Roman" w:hAnsi="Segoe UI Symbol" w:cs="Segoe UI Symbol"/>
          <w:sz w:val="24"/>
          <w:szCs w:val="24"/>
          <w:lang w:val="fr-CA" w:eastAsia="fr-CA"/>
        </w:rPr>
        <w:fldChar w:fldCharType="end"/>
      </w:r>
      <w:bookmarkEnd w:id="13"/>
      <w:r>
        <w:rPr>
          <w:rFonts w:ascii="Segoe UI Symbol" w:eastAsia="Times New Roman" w:hAnsi="Segoe UI Symbol" w:cs="Segoe UI Symbol"/>
          <w:sz w:val="24"/>
          <w:szCs w:val="24"/>
          <w:lang w:val="fr-CA" w:eastAsia="fr-CA"/>
        </w:rPr>
        <w:t xml:space="preserve"> </w:t>
      </w:r>
      <w:r w:rsidR="002A43ED" w:rsidRPr="007D1017">
        <w:rPr>
          <w:rFonts w:ascii="Times New Roman" w:eastAsia="Times New Roman" w:hAnsi="Times New Roman" w:cs="Times New Roman"/>
          <w:sz w:val="24"/>
          <w:szCs w:val="24"/>
          <w:lang w:val="fr-CA" w:eastAsia="fr-CA"/>
        </w:rPr>
        <w:t>Dimanche matin</w:t>
      </w:r>
    </w:p>
    <w:p w:rsidR="00504710" w:rsidRPr="007D1017" w:rsidRDefault="00504710" w:rsidP="00504710">
      <w:pPr>
        <w:spacing w:before="100" w:beforeAutospacing="1" w:after="100" w:afterAutospacing="1" w:line="240" w:lineRule="auto"/>
        <w:outlineLvl w:val="1"/>
        <w:rPr>
          <w:rFonts w:eastAsia="Times New Roman" w:cstheme="minorHAnsi"/>
          <w:b/>
          <w:bCs/>
          <w:sz w:val="36"/>
          <w:szCs w:val="36"/>
          <w:lang w:val="fr-CA" w:eastAsia="fr-CA"/>
        </w:rPr>
      </w:pPr>
      <w:r w:rsidRPr="007D1017">
        <w:rPr>
          <w:rFonts w:eastAsia="Times New Roman" w:cstheme="minorHAnsi"/>
          <w:b/>
          <w:bCs/>
          <w:sz w:val="36"/>
          <w:szCs w:val="36"/>
          <w:lang w:val="fr-CA" w:eastAsia="fr-CA"/>
        </w:rPr>
        <w:t>Déclaration et acceptation</w:t>
      </w:r>
    </w:p>
    <w:p w:rsidR="00504710" w:rsidRPr="007D1017" w:rsidRDefault="00504710" w:rsidP="00813CB8">
      <w:pPr>
        <w:spacing w:before="100" w:beforeAutospacing="1" w:after="100" w:afterAutospacing="1" w:line="240" w:lineRule="auto"/>
        <w:jc w:val="both"/>
        <w:rPr>
          <w:rFonts w:eastAsia="Times New Roman" w:cstheme="minorHAnsi"/>
          <w:sz w:val="18"/>
          <w:szCs w:val="18"/>
          <w:lang w:val="fr-CA" w:eastAsia="fr-CA"/>
        </w:rPr>
      </w:pPr>
      <w:r w:rsidRPr="007D1017">
        <w:rPr>
          <w:rFonts w:eastAsia="Times New Roman" w:cstheme="minorHAnsi"/>
          <w:sz w:val="18"/>
          <w:szCs w:val="18"/>
          <w:lang w:val="fr-CA" w:eastAsia="fr-CA"/>
        </w:rPr>
        <w:t xml:space="preserve">Je certifie être le propriétaire de ce chien ou </w:t>
      </w:r>
      <w:r w:rsidR="003525B0">
        <w:rPr>
          <w:rFonts w:eastAsia="Times New Roman" w:cstheme="minorHAnsi"/>
          <w:sz w:val="18"/>
          <w:szCs w:val="18"/>
          <w:lang w:val="fr-CA" w:eastAsia="fr-CA"/>
        </w:rPr>
        <w:t>le manieur</w:t>
      </w:r>
      <w:r w:rsidRPr="007D1017">
        <w:rPr>
          <w:rFonts w:eastAsia="Times New Roman" w:cstheme="minorHAnsi"/>
          <w:sz w:val="18"/>
          <w:szCs w:val="18"/>
          <w:lang w:val="fr-CA" w:eastAsia="fr-CA"/>
        </w:rPr>
        <w:t xml:space="preserve"> autorisé par le propriétaire et j’accepte l’entière responsabilité de toutes les déclarations apparaissant sur le présent formulaire.</w:t>
      </w:r>
    </w:p>
    <w:p w:rsidR="00504710" w:rsidRPr="007D1017" w:rsidRDefault="00504710" w:rsidP="00813CB8">
      <w:pPr>
        <w:spacing w:before="100" w:beforeAutospacing="1" w:after="100" w:afterAutospacing="1" w:line="240" w:lineRule="auto"/>
        <w:jc w:val="both"/>
        <w:rPr>
          <w:rFonts w:eastAsia="Times New Roman" w:cstheme="minorHAnsi"/>
          <w:sz w:val="18"/>
          <w:szCs w:val="18"/>
          <w:lang w:val="fr-CA" w:eastAsia="fr-CA"/>
        </w:rPr>
      </w:pPr>
      <w:r w:rsidRPr="007D1017">
        <w:rPr>
          <w:rFonts w:eastAsia="Times New Roman" w:cstheme="minorHAnsi"/>
          <w:sz w:val="18"/>
          <w:szCs w:val="18"/>
          <w:lang w:val="fr-CA" w:eastAsia="fr-CA"/>
        </w:rPr>
        <w:t>Je libère, par la présente, toutes les parties susmentionnées de toute réclamation concernant la perte de ce chien découlant d’une fuite, d’un vol, d’une blessure, de son décès ou de toute autre situation, que ces dommages résultent ou non de la négligence, de l’action ou de l’inaction de toute personne ou de toute autre cause.</w:t>
      </w:r>
    </w:p>
    <w:p w:rsidR="00504710" w:rsidRPr="007D1017" w:rsidRDefault="00504710" w:rsidP="00813CB8">
      <w:pPr>
        <w:spacing w:before="100" w:beforeAutospacing="1" w:after="100" w:afterAutospacing="1" w:line="240" w:lineRule="auto"/>
        <w:jc w:val="both"/>
        <w:rPr>
          <w:rFonts w:eastAsia="Times New Roman" w:cstheme="minorHAnsi"/>
          <w:sz w:val="18"/>
          <w:szCs w:val="18"/>
          <w:lang w:val="fr-CA" w:eastAsia="fr-CA"/>
        </w:rPr>
      </w:pPr>
      <w:r w:rsidRPr="007D1017">
        <w:rPr>
          <w:rFonts w:eastAsia="Times New Roman" w:cstheme="minorHAnsi"/>
          <w:sz w:val="18"/>
          <w:szCs w:val="18"/>
          <w:lang w:val="fr-CA" w:eastAsia="fr-CA"/>
        </w:rPr>
        <w:t>J’assume également toute responsabilité et j’accepte d’indemniser les parties susmentionnées et de les tenir exemptes de toute poursuite, perte ou dépense (y compris les honoraires d’avocat) résultant de toute responsabilité imposée par la loi relativement à des dommages matériels, blessures corporelles ou décès subis par toute personne, y compris moi-même, à la suite de ma participation à cette activité, que ces dommages, blessures ou décès découlent ou non de la négligence, de l’action ou de l’inaction des parties susmentionnées, de leurs agents ou de toute autre cause.</w:t>
      </w:r>
    </w:p>
    <w:p w:rsidR="00F82AB9" w:rsidRDefault="00504710" w:rsidP="00F82AB9">
      <w:pPr>
        <w:spacing w:before="100" w:beforeAutospacing="1" w:after="100" w:afterAutospacing="1" w:line="240" w:lineRule="auto"/>
        <w:rPr>
          <w:rFonts w:ascii="Times New Roman" w:eastAsia="Times New Roman" w:hAnsi="Times New Roman" w:cs="Times New Roman"/>
          <w:sz w:val="24"/>
          <w:szCs w:val="24"/>
          <w:lang w:val="fr-CA" w:eastAsia="fr-CA"/>
        </w:rPr>
      </w:pPr>
      <w:r w:rsidRPr="00556E97">
        <w:rPr>
          <w:rFonts w:ascii="Times New Roman" w:eastAsia="Times New Roman" w:hAnsi="Times New Roman" w:cs="Times New Roman"/>
          <w:b/>
          <w:bCs/>
          <w:sz w:val="24"/>
          <w:szCs w:val="24"/>
          <w:lang w:val="fr-CA" w:eastAsia="fr-CA"/>
        </w:rPr>
        <w:t>Signature :</w:t>
      </w:r>
      <w:r w:rsidRPr="007D1017">
        <w:rPr>
          <w:rFonts w:ascii="Times New Roman" w:eastAsia="Times New Roman" w:hAnsi="Times New Roman" w:cs="Times New Roman"/>
          <w:sz w:val="24"/>
          <w:szCs w:val="24"/>
          <w:lang w:val="fr-CA" w:eastAsia="fr-CA"/>
        </w:rPr>
        <w:t xml:space="preserve"> </w:t>
      </w:r>
      <w:r w:rsidR="00F82AB9">
        <w:rPr>
          <w:rFonts w:ascii="Times New Roman" w:eastAsia="Times New Roman" w:hAnsi="Times New Roman" w:cs="Times New Roman"/>
          <w:sz w:val="24"/>
          <w:szCs w:val="24"/>
          <w:lang w:val="fr-CA" w:eastAsia="fr-CA"/>
        </w:rPr>
        <w:fldChar w:fldCharType="begin">
          <w:ffData>
            <w:name w:val="Texte9"/>
            <w:enabled/>
            <w:calcOnExit w:val="0"/>
            <w:textInput/>
          </w:ffData>
        </w:fldChar>
      </w:r>
      <w:bookmarkStart w:id="14" w:name="Texte9"/>
      <w:r w:rsidR="00F82AB9">
        <w:rPr>
          <w:rFonts w:ascii="Times New Roman" w:eastAsia="Times New Roman" w:hAnsi="Times New Roman" w:cs="Times New Roman"/>
          <w:sz w:val="24"/>
          <w:szCs w:val="24"/>
          <w:lang w:val="fr-CA" w:eastAsia="fr-CA"/>
        </w:rPr>
        <w:instrText xml:space="preserve"> FORMTEXT </w:instrText>
      </w:r>
      <w:r w:rsidR="00F82AB9">
        <w:rPr>
          <w:rFonts w:ascii="Times New Roman" w:eastAsia="Times New Roman" w:hAnsi="Times New Roman" w:cs="Times New Roman"/>
          <w:sz w:val="24"/>
          <w:szCs w:val="24"/>
          <w:lang w:val="fr-CA" w:eastAsia="fr-CA"/>
        </w:rPr>
      </w:r>
      <w:r w:rsidR="00F82AB9">
        <w:rPr>
          <w:rFonts w:ascii="Times New Roman" w:eastAsia="Times New Roman" w:hAnsi="Times New Roman" w:cs="Times New Roman"/>
          <w:sz w:val="24"/>
          <w:szCs w:val="24"/>
          <w:lang w:val="fr-CA" w:eastAsia="fr-CA"/>
        </w:rPr>
        <w:fldChar w:fldCharType="separate"/>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6176A2">
        <w:rPr>
          <w:rFonts w:ascii="Times New Roman" w:eastAsia="Times New Roman" w:hAnsi="Times New Roman" w:cs="Times New Roman"/>
          <w:sz w:val="24"/>
          <w:szCs w:val="24"/>
          <w:lang w:val="fr-CA" w:eastAsia="fr-CA"/>
        </w:rPr>
        <w:t> </w:t>
      </w:r>
      <w:r w:rsidR="00F82AB9">
        <w:rPr>
          <w:rFonts w:ascii="Times New Roman" w:eastAsia="Times New Roman" w:hAnsi="Times New Roman" w:cs="Times New Roman"/>
          <w:sz w:val="24"/>
          <w:szCs w:val="24"/>
          <w:lang w:val="fr-CA" w:eastAsia="fr-CA"/>
        </w:rPr>
        <w:fldChar w:fldCharType="end"/>
      </w:r>
      <w:bookmarkEnd w:id="14"/>
    </w:p>
    <w:p w:rsidR="002A43ED" w:rsidRPr="007D1017" w:rsidRDefault="002A43ED" w:rsidP="00F82AB9">
      <w:pPr>
        <w:spacing w:before="100" w:beforeAutospacing="1" w:after="100" w:afterAutospacing="1" w:line="240" w:lineRule="auto"/>
        <w:rPr>
          <w:rFonts w:ascii="Times New Roman" w:eastAsia="Times New Roman" w:hAnsi="Times New Roman" w:cs="Times New Roman"/>
          <w:b/>
          <w:bCs/>
          <w:sz w:val="36"/>
          <w:szCs w:val="36"/>
          <w:lang w:val="fr-CA" w:eastAsia="fr-CA"/>
        </w:rPr>
      </w:pPr>
      <w:r w:rsidRPr="007D1017">
        <w:rPr>
          <w:rFonts w:ascii="Times New Roman" w:eastAsia="Times New Roman" w:hAnsi="Times New Roman" w:cs="Times New Roman"/>
          <w:b/>
          <w:bCs/>
          <w:sz w:val="36"/>
          <w:szCs w:val="36"/>
          <w:lang w:val="fr-CA" w:eastAsia="fr-CA"/>
        </w:rPr>
        <w:lastRenderedPageBreak/>
        <w:t>Camping sur place</w:t>
      </w:r>
    </w:p>
    <w:p w:rsidR="00F82AB9" w:rsidRPr="00F82AB9" w:rsidRDefault="002A43ED" w:rsidP="002A43ED">
      <w:pPr>
        <w:spacing w:before="100" w:beforeAutospacing="1" w:after="100" w:afterAutospacing="1" w:line="240" w:lineRule="auto"/>
        <w:rPr>
          <w:rFonts w:ascii="Times New Roman" w:eastAsia="Times New Roman" w:hAnsi="Times New Roman" w:cs="Times New Roman"/>
          <w:sz w:val="24"/>
          <w:szCs w:val="24"/>
          <w:lang w:val="fr-CA" w:eastAsia="fr-CA"/>
        </w:rPr>
      </w:pPr>
      <w:r w:rsidRPr="007D1017">
        <w:rPr>
          <w:rFonts w:ascii="Times New Roman" w:eastAsia="Times New Roman" w:hAnsi="Times New Roman" w:cs="Times New Roman"/>
          <w:sz w:val="24"/>
          <w:szCs w:val="24"/>
          <w:lang w:val="fr-CA" w:eastAsia="fr-CA"/>
        </w:rPr>
        <w:t>Je souhaite réserver une place de camping</w:t>
      </w:r>
      <w:r w:rsidR="003525B0">
        <w:rPr>
          <w:rFonts w:ascii="Times New Roman" w:eastAsia="Times New Roman" w:hAnsi="Times New Roman" w:cs="Times New Roman"/>
          <w:sz w:val="24"/>
          <w:szCs w:val="24"/>
          <w:lang w:val="fr-CA" w:eastAsia="fr-CA"/>
        </w:rPr>
        <w:t xml:space="preserve"> sans service, génératrice permise</w:t>
      </w:r>
    </w:p>
    <w:p w:rsidR="00F82AB9" w:rsidRDefault="002A43ED" w:rsidP="00F82AB9">
      <w:pPr>
        <w:spacing w:after="0" w:line="240" w:lineRule="auto"/>
        <w:rPr>
          <w:rFonts w:ascii="Times New Roman" w:eastAsia="Times New Roman" w:hAnsi="Times New Roman" w:cs="Times New Roman"/>
          <w:b/>
          <w:bCs/>
          <w:sz w:val="24"/>
          <w:szCs w:val="24"/>
          <w:lang w:val="fr-CA" w:eastAsia="fr-CA"/>
        </w:rPr>
      </w:pPr>
      <w:r w:rsidRPr="00556E97">
        <w:rPr>
          <w:rFonts w:ascii="Times New Roman" w:eastAsia="Times New Roman" w:hAnsi="Times New Roman" w:cs="Times New Roman"/>
          <w:b/>
          <w:bCs/>
          <w:sz w:val="24"/>
          <w:szCs w:val="24"/>
          <w:lang w:val="fr-CA" w:eastAsia="fr-CA"/>
        </w:rPr>
        <w:t>Type de VR / installation :</w:t>
      </w:r>
    </w:p>
    <w:p w:rsidR="002A43ED" w:rsidRPr="00F82AB9" w:rsidRDefault="002A43ED" w:rsidP="00F82AB9">
      <w:pPr>
        <w:spacing w:after="0" w:line="240" w:lineRule="auto"/>
        <w:rPr>
          <w:rFonts w:ascii="Times New Roman" w:eastAsia="Times New Roman" w:hAnsi="Times New Roman" w:cs="Times New Roman"/>
          <w:b/>
          <w:bCs/>
          <w:sz w:val="24"/>
          <w:szCs w:val="24"/>
          <w:lang w:val="fr-CA" w:eastAsia="fr-CA"/>
        </w:rPr>
      </w:pP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19"/>
            <w:enabled/>
            <w:calcOnExit w:val="0"/>
            <w:checkBox>
              <w:sizeAuto/>
              <w:default w:val="0"/>
            </w:checkBox>
          </w:ffData>
        </w:fldChar>
      </w:r>
      <w:bookmarkStart w:id="15" w:name="CaseACocher19"/>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15"/>
      <w:r w:rsidRPr="007D1017">
        <w:rPr>
          <w:rFonts w:ascii="Times New Roman" w:eastAsia="Times New Roman" w:hAnsi="Times New Roman" w:cs="Times New Roman"/>
          <w:sz w:val="24"/>
          <w:szCs w:val="24"/>
          <w:lang w:val="fr-CA" w:eastAsia="fr-CA"/>
        </w:rPr>
        <w:t xml:space="preserve"> Motorisé</w:t>
      </w: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0"/>
            <w:enabled/>
            <w:calcOnExit w:val="0"/>
            <w:checkBox>
              <w:sizeAuto/>
              <w:default w:val="0"/>
            </w:checkBox>
          </w:ffData>
        </w:fldChar>
      </w:r>
      <w:bookmarkStart w:id="16" w:name="CaseACocher20"/>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16"/>
      <w:r w:rsidRPr="007D1017">
        <w:rPr>
          <w:rFonts w:ascii="Times New Roman" w:eastAsia="Times New Roman" w:hAnsi="Times New Roman" w:cs="Times New Roman"/>
          <w:sz w:val="24"/>
          <w:szCs w:val="24"/>
          <w:lang w:val="fr-CA" w:eastAsia="fr-CA"/>
        </w:rPr>
        <w:t xml:space="preserve"> Roulotte</w:t>
      </w: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1"/>
            <w:enabled/>
            <w:calcOnExit w:val="0"/>
            <w:checkBox>
              <w:sizeAuto/>
              <w:default w:val="0"/>
            </w:checkBox>
          </w:ffData>
        </w:fldChar>
      </w:r>
      <w:bookmarkStart w:id="17" w:name="CaseACocher21"/>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17"/>
      <w:r w:rsidR="00392118">
        <w:rPr>
          <w:rFonts w:ascii="Segoe UI Symbol" w:eastAsia="Times New Roman" w:hAnsi="Segoe UI Symbol" w:cs="Segoe UI Symbol"/>
          <w:sz w:val="24"/>
          <w:szCs w:val="24"/>
          <w:lang w:val="fr-CA" w:eastAsia="fr-CA"/>
        </w:rPr>
        <w:t xml:space="preserve"> </w:t>
      </w:r>
      <w:r w:rsidRPr="007D1017">
        <w:rPr>
          <w:rFonts w:ascii="Times New Roman" w:eastAsia="Times New Roman" w:hAnsi="Times New Roman" w:cs="Times New Roman"/>
          <w:sz w:val="24"/>
          <w:szCs w:val="24"/>
          <w:lang w:val="fr-CA" w:eastAsia="fr-CA"/>
        </w:rPr>
        <w:t>Tente-roulotte</w:t>
      </w: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2"/>
            <w:enabled/>
            <w:calcOnExit w:val="0"/>
            <w:checkBox>
              <w:sizeAuto/>
              <w:default w:val="0"/>
            </w:checkBox>
          </w:ffData>
        </w:fldChar>
      </w:r>
      <w:bookmarkStart w:id="18" w:name="CaseACocher22"/>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18"/>
      <w:r w:rsidRPr="007D1017">
        <w:rPr>
          <w:rFonts w:ascii="Times New Roman" w:eastAsia="Times New Roman" w:hAnsi="Times New Roman" w:cs="Times New Roman"/>
          <w:sz w:val="24"/>
          <w:szCs w:val="24"/>
          <w:lang w:val="fr-CA" w:eastAsia="fr-CA"/>
        </w:rPr>
        <w:t xml:space="preserve"> Tente</w:t>
      </w: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3"/>
            <w:enabled/>
            <w:calcOnExit w:val="0"/>
            <w:checkBox>
              <w:sizeAuto/>
              <w:default w:val="0"/>
            </w:checkBox>
          </w:ffData>
        </w:fldChar>
      </w:r>
      <w:bookmarkStart w:id="19" w:name="CaseACocher23"/>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19"/>
      <w:r w:rsidR="00392118">
        <w:rPr>
          <w:rFonts w:ascii="Segoe UI Symbol" w:eastAsia="Times New Roman" w:hAnsi="Segoe UI Symbol" w:cs="Segoe UI Symbol"/>
          <w:sz w:val="24"/>
          <w:szCs w:val="24"/>
          <w:lang w:val="fr-CA" w:eastAsia="fr-CA"/>
        </w:rPr>
        <w:t xml:space="preserve"> </w:t>
      </w:r>
      <w:r w:rsidRPr="007D1017">
        <w:rPr>
          <w:rFonts w:ascii="Times New Roman" w:eastAsia="Times New Roman" w:hAnsi="Times New Roman" w:cs="Times New Roman"/>
          <w:sz w:val="24"/>
          <w:szCs w:val="24"/>
          <w:lang w:val="fr-CA" w:eastAsia="fr-CA"/>
        </w:rPr>
        <w:t>Vanlife</w:t>
      </w:r>
    </w:p>
    <w:p w:rsidR="00F82AB9" w:rsidRDefault="00F82AB9" w:rsidP="00F82AB9">
      <w:pPr>
        <w:spacing w:after="0" w:line="240" w:lineRule="auto"/>
        <w:rPr>
          <w:rFonts w:ascii="Times New Roman" w:eastAsia="Times New Roman" w:hAnsi="Times New Roman" w:cs="Times New Roman"/>
          <w:b/>
          <w:bCs/>
          <w:sz w:val="24"/>
          <w:szCs w:val="24"/>
          <w:lang w:val="fr-CA" w:eastAsia="fr-CA"/>
        </w:rPr>
      </w:pPr>
    </w:p>
    <w:p w:rsidR="00F82AB9" w:rsidRDefault="002A43ED" w:rsidP="00F82AB9">
      <w:pPr>
        <w:spacing w:after="0" w:line="240" w:lineRule="auto"/>
        <w:rPr>
          <w:rFonts w:ascii="Times New Roman" w:eastAsia="Times New Roman" w:hAnsi="Times New Roman" w:cs="Times New Roman"/>
          <w:b/>
          <w:bCs/>
          <w:sz w:val="24"/>
          <w:szCs w:val="24"/>
          <w:lang w:val="fr-CA" w:eastAsia="fr-CA"/>
        </w:rPr>
      </w:pPr>
      <w:r w:rsidRPr="00556E97">
        <w:rPr>
          <w:rFonts w:ascii="Times New Roman" w:eastAsia="Times New Roman" w:hAnsi="Times New Roman" w:cs="Times New Roman"/>
          <w:b/>
          <w:bCs/>
          <w:sz w:val="24"/>
          <w:szCs w:val="24"/>
          <w:lang w:val="fr-CA" w:eastAsia="fr-CA"/>
        </w:rPr>
        <w:t>Nuit(s) réservée(s) :</w:t>
      </w:r>
    </w:p>
    <w:p w:rsidR="002A43ED" w:rsidRDefault="002A43ED" w:rsidP="00F82AB9">
      <w:pPr>
        <w:spacing w:after="0" w:line="240" w:lineRule="auto"/>
        <w:rPr>
          <w:rFonts w:ascii="Times New Roman" w:eastAsia="Times New Roman" w:hAnsi="Times New Roman" w:cs="Times New Roman"/>
          <w:sz w:val="24"/>
          <w:szCs w:val="24"/>
          <w:lang w:val="fr-CA" w:eastAsia="fr-CA"/>
        </w:rPr>
      </w:pP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4"/>
            <w:enabled/>
            <w:calcOnExit w:val="0"/>
            <w:checkBox>
              <w:sizeAuto/>
              <w:default w:val="0"/>
            </w:checkBox>
          </w:ffData>
        </w:fldChar>
      </w:r>
      <w:bookmarkStart w:id="20" w:name="CaseACocher24"/>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20"/>
      <w:r w:rsidR="00392118">
        <w:rPr>
          <w:rFonts w:ascii="Segoe UI Symbol" w:eastAsia="Times New Roman" w:hAnsi="Segoe UI Symbol" w:cs="Segoe UI Symbol"/>
          <w:sz w:val="24"/>
          <w:szCs w:val="24"/>
          <w:lang w:val="fr-CA" w:eastAsia="fr-CA"/>
        </w:rPr>
        <w:t xml:space="preserve"> </w:t>
      </w:r>
      <w:r w:rsidRPr="007D1017">
        <w:rPr>
          <w:rFonts w:ascii="Times New Roman" w:eastAsia="Times New Roman" w:hAnsi="Times New Roman" w:cs="Times New Roman"/>
          <w:sz w:val="24"/>
          <w:szCs w:val="24"/>
          <w:lang w:val="fr-CA" w:eastAsia="fr-CA"/>
        </w:rPr>
        <w:t>Vendredi soir</w:t>
      </w:r>
      <w:r w:rsidRPr="007D1017">
        <w:rPr>
          <w:rFonts w:ascii="Times New Roman" w:eastAsia="Times New Roman" w:hAnsi="Times New Roman" w:cs="Times New Roman"/>
          <w:sz w:val="24"/>
          <w:szCs w:val="24"/>
          <w:lang w:val="fr-CA" w:eastAsia="fr-CA"/>
        </w:rPr>
        <w:br/>
      </w:r>
      <w:r w:rsidR="00392118">
        <w:rPr>
          <w:rFonts w:ascii="Segoe UI Symbol" w:eastAsia="Times New Roman" w:hAnsi="Segoe UI Symbol" w:cs="Segoe UI Symbol"/>
          <w:sz w:val="24"/>
          <w:szCs w:val="24"/>
          <w:lang w:val="fr-CA" w:eastAsia="fr-CA"/>
        </w:rPr>
        <w:fldChar w:fldCharType="begin">
          <w:ffData>
            <w:name w:val="CaseACocher25"/>
            <w:enabled/>
            <w:calcOnExit w:val="0"/>
            <w:checkBox>
              <w:sizeAuto/>
              <w:default w:val="0"/>
            </w:checkBox>
          </w:ffData>
        </w:fldChar>
      </w:r>
      <w:bookmarkStart w:id="21" w:name="CaseACocher25"/>
      <w:r w:rsidR="00392118">
        <w:rPr>
          <w:rFonts w:ascii="Segoe UI Symbol" w:eastAsia="Times New Roman" w:hAnsi="Segoe UI Symbol" w:cs="Segoe UI Symbol"/>
          <w:sz w:val="24"/>
          <w:szCs w:val="24"/>
          <w:lang w:val="fr-CA" w:eastAsia="fr-CA"/>
        </w:rPr>
        <w:instrText xml:space="preserve"> FORMCHECKBOX </w:instrText>
      </w:r>
      <w:r w:rsidR="0046373C">
        <w:rPr>
          <w:rFonts w:ascii="Segoe UI Symbol" w:eastAsia="Times New Roman" w:hAnsi="Segoe UI Symbol" w:cs="Segoe UI Symbol"/>
          <w:sz w:val="24"/>
          <w:szCs w:val="24"/>
          <w:lang w:val="fr-CA" w:eastAsia="fr-CA"/>
        </w:rPr>
      </w:r>
      <w:r w:rsidR="0046373C">
        <w:rPr>
          <w:rFonts w:ascii="Segoe UI Symbol" w:eastAsia="Times New Roman" w:hAnsi="Segoe UI Symbol" w:cs="Segoe UI Symbol"/>
          <w:sz w:val="24"/>
          <w:szCs w:val="24"/>
          <w:lang w:val="fr-CA" w:eastAsia="fr-CA"/>
        </w:rPr>
        <w:fldChar w:fldCharType="separate"/>
      </w:r>
      <w:r w:rsidR="00392118">
        <w:rPr>
          <w:rFonts w:ascii="Segoe UI Symbol" w:eastAsia="Times New Roman" w:hAnsi="Segoe UI Symbol" w:cs="Segoe UI Symbol"/>
          <w:sz w:val="24"/>
          <w:szCs w:val="24"/>
          <w:lang w:val="fr-CA" w:eastAsia="fr-CA"/>
        </w:rPr>
        <w:fldChar w:fldCharType="end"/>
      </w:r>
      <w:bookmarkEnd w:id="21"/>
      <w:r w:rsidR="00392118">
        <w:rPr>
          <w:rFonts w:ascii="Segoe UI Symbol" w:eastAsia="Times New Roman" w:hAnsi="Segoe UI Symbol" w:cs="Segoe UI Symbol"/>
          <w:sz w:val="24"/>
          <w:szCs w:val="24"/>
          <w:lang w:val="fr-CA" w:eastAsia="fr-CA"/>
        </w:rPr>
        <w:t xml:space="preserve"> </w:t>
      </w:r>
      <w:r w:rsidRPr="007D1017">
        <w:rPr>
          <w:rFonts w:ascii="Times New Roman" w:eastAsia="Times New Roman" w:hAnsi="Times New Roman" w:cs="Times New Roman"/>
          <w:sz w:val="24"/>
          <w:szCs w:val="24"/>
          <w:lang w:val="fr-CA" w:eastAsia="fr-CA"/>
        </w:rPr>
        <w:t>Samedi soir</w:t>
      </w:r>
    </w:p>
    <w:p w:rsidR="00F82AB9" w:rsidRPr="00F82AB9" w:rsidRDefault="00F82AB9" w:rsidP="00F82AB9">
      <w:pPr>
        <w:spacing w:after="0" w:line="240" w:lineRule="auto"/>
        <w:rPr>
          <w:rFonts w:ascii="Times New Roman" w:eastAsia="Times New Roman" w:hAnsi="Times New Roman" w:cs="Times New Roman"/>
          <w:b/>
          <w:bCs/>
          <w:sz w:val="24"/>
          <w:szCs w:val="24"/>
          <w:lang w:val="fr-CA" w:eastAsia="fr-CA"/>
        </w:rPr>
      </w:pPr>
    </w:p>
    <w:p w:rsidR="002A43ED" w:rsidRPr="007D1017" w:rsidRDefault="0046373C" w:rsidP="002A43ED">
      <w:pPr>
        <w:spacing w:after="0" w:line="240" w:lineRule="auto"/>
        <w:rPr>
          <w:rFonts w:ascii="Times New Roman" w:eastAsia="Times New Roman" w:hAnsi="Times New Roman" w:cs="Times New Roman"/>
          <w:sz w:val="24"/>
          <w:szCs w:val="24"/>
          <w:lang w:val="fr-CA" w:eastAsia="fr-CA"/>
        </w:rPr>
      </w:pPr>
      <w:r>
        <w:rPr>
          <w:rFonts w:ascii="Times New Roman" w:eastAsia="Times New Roman" w:hAnsi="Times New Roman" w:cs="Times New Roman"/>
          <w:noProof/>
          <w:sz w:val="24"/>
          <w:szCs w:val="24"/>
          <w:lang w:val="fr-CA" w:eastAsia="fr-CA"/>
        </w:rPr>
        <w:pict>
          <v:rect id="_x0000_i1026" alt="" style="width:456.05pt;height:.05pt;mso-width-percent:0;mso-height-percent:0;mso-width-percent:0;mso-height-percent:0" o:hralign="center" o:hrstd="t" o:hr="t" fillcolor="#a0a0a0" stroked="f"/>
        </w:pict>
      </w:r>
    </w:p>
    <w:p w:rsidR="002A43ED" w:rsidRPr="00556E97" w:rsidRDefault="002A43ED" w:rsidP="002A43ED">
      <w:pPr>
        <w:rPr>
          <w:lang w:val="fr-CA"/>
        </w:rPr>
      </w:pPr>
    </w:p>
    <w:p w:rsidR="00463B9A" w:rsidRDefault="00813CB8" w:rsidP="00813CB8">
      <w:pPr>
        <w:jc w:val="center"/>
        <w:rPr>
          <w:rFonts w:ascii="Lucida Sans" w:hAnsi="Lucida Sans"/>
          <w:lang w:val="fr-CA"/>
        </w:rPr>
      </w:pPr>
      <w:r>
        <w:rPr>
          <w:rFonts w:ascii="Helvetica" w:hAnsi="Helvetica" w:cs="Helvetica"/>
          <w:noProof/>
          <w:sz w:val="24"/>
          <w:szCs w:val="24"/>
          <w:lang w:val="fr-CA" w:eastAsia="fr-CA"/>
        </w:rPr>
        <w:drawing>
          <wp:inline distT="0" distB="0" distL="0" distR="0">
            <wp:extent cx="5774400" cy="3361487"/>
            <wp:effectExtent l="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737" cy="3367505"/>
                    </a:xfrm>
                    <a:prstGeom prst="rect">
                      <a:avLst/>
                    </a:prstGeom>
                    <a:noFill/>
                    <a:ln>
                      <a:noFill/>
                    </a:ln>
                  </pic:spPr>
                </pic:pic>
              </a:graphicData>
            </a:graphic>
          </wp:inline>
        </w:drawing>
      </w:r>
    </w:p>
    <w:p w:rsidR="00F82AB9" w:rsidRDefault="00F82AB9" w:rsidP="00813CB8">
      <w:pPr>
        <w:jc w:val="center"/>
        <w:rPr>
          <w:rFonts w:ascii="Lucida Sans" w:hAnsi="Lucida Sans"/>
          <w:lang w:val="fr-CA"/>
        </w:rPr>
      </w:pPr>
    </w:p>
    <w:p w:rsidR="00F82AB9" w:rsidRPr="00556E97" w:rsidRDefault="00F82AB9" w:rsidP="00813CB8">
      <w:pPr>
        <w:jc w:val="center"/>
        <w:rPr>
          <w:rFonts w:ascii="Lucida Sans" w:hAnsi="Lucida Sans"/>
          <w:lang w:val="fr-CA"/>
        </w:rPr>
      </w:pPr>
      <w:r>
        <w:rPr>
          <w:rFonts w:ascii="Lucida Sans" w:hAnsi="Lucida Sans"/>
          <w:lang w:val="fr-CA"/>
        </w:rPr>
        <w:t>Au plaisir de partager cette activité avec vous !</w:t>
      </w:r>
    </w:p>
    <w:sectPr w:rsidR="00F82AB9" w:rsidRPr="00556E97" w:rsidSect="00463B9A">
      <w:headerReference w:type="even" r:id="rId13"/>
      <w:headerReference w:type="default" r:id="rId14"/>
      <w:footerReference w:type="even" r:id="rId15"/>
      <w:footerReference w:type="default" r:id="rId16"/>
      <w:headerReference w:type="first" r:id="rId17"/>
      <w:footerReference w:type="first" r:id="rId18"/>
      <w:pgSz w:w="12240" w:h="15840"/>
      <w:pgMar w:top="851" w:right="1418"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73C" w:rsidRDefault="0046373C" w:rsidP="00813CB8">
      <w:pPr>
        <w:spacing w:after="0" w:line="240" w:lineRule="auto"/>
      </w:pPr>
      <w:r>
        <w:separator/>
      </w:r>
    </w:p>
  </w:endnote>
  <w:endnote w:type="continuationSeparator" w:id="0">
    <w:p w:rsidR="0046373C" w:rsidRDefault="0046373C" w:rsidP="0081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73C" w:rsidRDefault="0046373C" w:rsidP="00813CB8">
      <w:pPr>
        <w:spacing w:after="0" w:line="240" w:lineRule="auto"/>
      </w:pPr>
      <w:r>
        <w:separator/>
      </w:r>
    </w:p>
  </w:footnote>
  <w:footnote w:type="continuationSeparator" w:id="0">
    <w:p w:rsidR="0046373C" w:rsidRDefault="0046373C" w:rsidP="00813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CB8" w:rsidRDefault="00813C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B47C7DC8"/>
    <w:lvl w:ilvl="0">
      <w:start w:val="1"/>
      <w:numFmt w:val="bullet"/>
      <w:pStyle w:val="Listepuce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5E2C"/>
    <w:rsid w:val="00034616"/>
    <w:rsid w:val="0006063C"/>
    <w:rsid w:val="0015074B"/>
    <w:rsid w:val="0029639D"/>
    <w:rsid w:val="002A43ED"/>
    <w:rsid w:val="002F588D"/>
    <w:rsid w:val="00326F90"/>
    <w:rsid w:val="00332938"/>
    <w:rsid w:val="003525B0"/>
    <w:rsid w:val="00392118"/>
    <w:rsid w:val="003C721E"/>
    <w:rsid w:val="0046373C"/>
    <w:rsid w:val="00463B9A"/>
    <w:rsid w:val="004E5CF3"/>
    <w:rsid w:val="004F53FF"/>
    <w:rsid w:val="00504710"/>
    <w:rsid w:val="00556E97"/>
    <w:rsid w:val="00601CFD"/>
    <w:rsid w:val="006176A2"/>
    <w:rsid w:val="00652887"/>
    <w:rsid w:val="00706312"/>
    <w:rsid w:val="007D3ED6"/>
    <w:rsid w:val="00813CB8"/>
    <w:rsid w:val="0084341A"/>
    <w:rsid w:val="0084367F"/>
    <w:rsid w:val="00911418"/>
    <w:rsid w:val="00A11C3E"/>
    <w:rsid w:val="00A20C7B"/>
    <w:rsid w:val="00A55E06"/>
    <w:rsid w:val="00A77EFA"/>
    <w:rsid w:val="00AA1D8D"/>
    <w:rsid w:val="00B36C3F"/>
    <w:rsid w:val="00B47730"/>
    <w:rsid w:val="00B61F78"/>
    <w:rsid w:val="00BE2362"/>
    <w:rsid w:val="00C42EAB"/>
    <w:rsid w:val="00C51624"/>
    <w:rsid w:val="00CB0664"/>
    <w:rsid w:val="00DB519C"/>
    <w:rsid w:val="00DF39CC"/>
    <w:rsid w:val="00E165D2"/>
    <w:rsid w:val="00E21408"/>
    <w:rsid w:val="00E77E2B"/>
    <w:rsid w:val="00F82AB9"/>
    <w:rsid w:val="00FC693F"/>
    <w:rsid w:val="00FD0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D03327"/>
  <w14:defaultImageDpi w14:val="300"/>
  <w15:docId w15:val="{308C3703-CC9D-4839-AA9B-37267A70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Emphaseple">
    <w:name w:val="Subtle Emphasis"/>
    <w:basedOn w:val="Policepardfaut"/>
    <w:uiPriority w:val="19"/>
    <w:qFormat/>
    <w:rsid w:val="00FC693F"/>
    <w:rPr>
      <w:i/>
      <w:iCs/>
      <w:color w:val="808080" w:themeColor="text1" w:themeTint="7F"/>
    </w:rPr>
  </w:style>
  <w:style w:type="character" w:styleId="Emphaseintense">
    <w:name w:val="Intense Emphasis"/>
    <w:basedOn w:val="Policepardfaut"/>
    <w:uiPriority w:val="21"/>
    <w:qFormat/>
    <w:rsid w:val="00FC693F"/>
    <w:rPr>
      <w:b/>
      <w:bCs/>
      <w:i/>
      <w:iCs/>
      <w:color w:val="4F81BD" w:themeColor="accent1"/>
    </w:rPr>
  </w:style>
  <w:style w:type="character" w:styleId="Rfrencepl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Lienhypertexte">
    <w:name w:val="Hyperlink"/>
    <w:basedOn w:val="Policepardfaut"/>
    <w:uiPriority w:val="99"/>
    <w:unhideWhenUsed/>
    <w:rsid w:val="00A55E06"/>
    <w:rPr>
      <w:color w:val="0000FF" w:themeColor="hyperlink"/>
      <w:u w:val="single"/>
    </w:rPr>
  </w:style>
  <w:style w:type="paragraph" w:styleId="Textedebulles">
    <w:name w:val="Balloon Text"/>
    <w:basedOn w:val="Normal"/>
    <w:link w:val="TextedebullesCar"/>
    <w:uiPriority w:val="99"/>
    <w:semiHidden/>
    <w:unhideWhenUsed/>
    <w:rsid w:val="00813CB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13CB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aro.bouvierdelawallonie@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ermemariemoutons.ca/"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88A18-D4F3-4432-89C3-7962BB85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632</Words>
  <Characters>3480</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Windows User</cp:lastModifiedBy>
  <cp:revision>6</cp:revision>
  <cp:lastPrinted>2026-05-06T13:05:00Z</cp:lastPrinted>
  <dcterms:created xsi:type="dcterms:W3CDTF">2026-05-06T17:29:00Z</dcterms:created>
  <dcterms:modified xsi:type="dcterms:W3CDTF">2026-05-11T14:05:00Z</dcterms:modified>
  <cp:category/>
</cp:coreProperties>
</file>